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3E955" w14:textId="77777777" w:rsidR="00503E2F" w:rsidRPr="006D4F65" w:rsidRDefault="00E21872">
      <w:pPr>
        <w:spacing w:after="160"/>
        <w:jc w:val="center"/>
        <w:rPr>
          <w:bCs/>
          <w:lang w:eastAsia="ja-JP"/>
        </w:rPr>
      </w:pPr>
      <w:r w:rsidRPr="006D4F65">
        <w:rPr>
          <w:bCs/>
          <w:sz w:val="30"/>
          <w:lang w:eastAsia="ja-JP"/>
        </w:rPr>
        <w:t>土</w:t>
      </w:r>
      <w:r w:rsidRPr="006D4F65">
        <w:rPr>
          <w:bCs/>
          <w:sz w:val="30"/>
          <w:lang w:eastAsia="ja-JP"/>
        </w:rPr>
        <w:t xml:space="preserve"> </w:t>
      </w:r>
      <w:r w:rsidRPr="006D4F65">
        <w:rPr>
          <w:bCs/>
          <w:sz w:val="30"/>
          <w:lang w:eastAsia="ja-JP"/>
        </w:rPr>
        <w:t>地</w:t>
      </w:r>
      <w:r w:rsidRPr="006D4F65">
        <w:rPr>
          <w:bCs/>
          <w:sz w:val="30"/>
          <w:lang w:eastAsia="ja-JP"/>
        </w:rPr>
        <w:t xml:space="preserve"> </w:t>
      </w:r>
      <w:r w:rsidRPr="006D4F65">
        <w:rPr>
          <w:bCs/>
          <w:sz w:val="30"/>
          <w:lang w:eastAsia="ja-JP"/>
        </w:rPr>
        <w:t>売</w:t>
      </w:r>
      <w:r w:rsidRPr="006D4F65">
        <w:rPr>
          <w:bCs/>
          <w:sz w:val="30"/>
          <w:lang w:eastAsia="ja-JP"/>
        </w:rPr>
        <w:t xml:space="preserve"> </w:t>
      </w:r>
      <w:r w:rsidRPr="006D4F65">
        <w:rPr>
          <w:bCs/>
          <w:sz w:val="30"/>
          <w:lang w:eastAsia="ja-JP"/>
        </w:rPr>
        <w:t>買</w:t>
      </w:r>
      <w:r w:rsidRPr="006D4F65">
        <w:rPr>
          <w:bCs/>
          <w:sz w:val="30"/>
          <w:lang w:eastAsia="ja-JP"/>
        </w:rPr>
        <w:t xml:space="preserve"> </w:t>
      </w:r>
      <w:r w:rsidRPr="006D4F65">
        <w:rPr>
          <w:bCs/>
          <w:sz w:val="30"/>
          <w:lang w:eastAsia="ja-JP"/>
        </w:rPr>
        <w:t>契</w:t>
      </w:r>
      <w:r w:rsidRPr="006D4F65">
        <w:rPr>
          <w:bCs/>
          <w:sz w:val="30"/>
          <w:lang w:eastAsia="ja-JP"/>
        </w:rPr>
        <w:t xml:space="preserve"> </w:t>
      </w:r>
      <w:r w:rsidRPr="006D4F65">
        <w:rPr>
          <w:bCs/>
          <w:sz w:val="30"/>
          <w:lang w:eastAsia="ja-JP"/>
        </w:rPr>
        <w:t>約</w:t>
      </w:r>
      <w:r w:rsidRPr="006D4F65">
        <w:rPr>
          <w:bCs/>
          <w:sz w:val="30"/>
          <w:lang w:eastAsia="ja-JP"/>
        </w:rPr>
        <w:t xml:space="preserve"> </w:t>
      </w:r>
      <w:r w:rsidRPr="006D4F65">
        <w:rPr>
          <w:bCs/>
          <w:sz w:val="30"/>
          <w:lang w:eastAsia="ja-JP"/>
        </w:rPr>
        <w:t>書（案）</w:t>
      </w:r>
    </w:p>
    <w:p w14:paraId="3F3B14FC" w14:textId="77777777" w:rsidR="00503E2F" w:rsidRPr="006D4F65" w:rsidRDefault="00E21872">
      <w:pPr>
        <w:spacing w:after="120"/>
        <w:rPr>
          <w:bCs/>
          <w:sz w:val="21"/>
          <w:szCs w:val="21"/>
          <w:lang w:eastAsia="ja-JP"/>
        </w:rPr>
      </w:pPr>
      <w:r w:rsidRPr="006D4F65">
        <w:rPr>
          <w:bCs/>
          <w:sz w:val="21"/>
          <w:szCs w:val="21"/>
          <w:lang w:eastAsia="ja-JP"/>
        </w:rPr>
        <w:t xml:space="preserve">　長洲町の所有に係る土地の売買に関し、長洲町（以下「甲」という。）と　　　　　　　　　　　　　（以下「乙」という。）との間に、次のとおり契約を締結する。</w:t>
      </w:r>
    </w:p>
    <w:p w14:paraId="58A0CD61" w14:textId="77777777" w:rsidR="00503E2F" w:rsidRPr="006D4F65" w:rsidRDefault="00E21872">
      <w:pPr>
        <w:keepNext/>
        <w:spacing w:after="20"/>
        <w:rPr>
          <w:bCs/>
          <w:sz w:val="21"/>
          <w:szCs w:val="21"/>
          <w:lang w:eastAsia="ja-JP"/>
        </w:rPr>
      </w:pPr>
      <w:r w:rsidRPr="006D4F65">
        <w:rPr>
          <w:bCs/>
          <w:sz w:val="21"/>
          <w:szCs w:val="21"/>
          <w:lang w:eastAsia="ja-JP"/>
        </w:rPr>
        <w:t>（売買物件及び売買代金）</w:t>
      </w:r>
    </w:p>
    <w:p w14:paraId="2BF3E72B" w14:textId="77777777" w:rsidR="00503E2F" w:rsidRPr="006D4F65" w:rsidRDefault="00E21872">
      <w:pPr>
        <w:spacing w:after="40"/>
        <w:rPr>
          <w:bCs/>
          <w:sz w:val="21"/>
          <w:szCs w:val="21"/>
          <w:lang w:eastAsia="ja-JP"/>
        </w:rPr>
      </w:pPr>
      <w:r w:rsidRPr="006D4F65">
        <w:rPr>
          <w:bCs/>
          <w:sz w:val="21"/>
          <w:szCs w:val="21"/>
          <w:lang w:eastAsia="ja-JP"/>
        </w:rPr>
        <w:t>第１条　甲は、次に掲げる土地を金　　　　　　　　　　　　円をもって乙に売り渡し、乙はこれを買い受ける。</w:t>
      </w:r>
    </w:p>
    <w:p w14:paraId="46F829CC" w14:textId="77777777" w:rsidR="00503E2F" w:rsidRPr="006D4F65" w:rsidRDefault="00E21872">
      <w:pPr>
        <w:spacing w:after="40"/>
        <w:rPr>
          <w:bCs/>
          <w:sz w:val="21"/>
          <w:szCs w:val="21"/>
        </w:rPr>
      </w:pPr>
      <w:r w:rsidRPr="006D4F65">
        <w:rPr>
          <w:bCs/>
          <w:sz w:val="21"/>
          <w:szCs w:val="21"/>
        </w:rPr>
        <w:t>（１）</w:t>
      </w:r>
      <w:proofErr w:type="gramStart"/>
      <w:r w:rsidRPr="006D4F65">
        <w:rPr>
          <w:bCs/>
          <w:sz w:val="21"/>
          <w:szCs w:val="21"/>
        </w:rPr>
        <w:t>所在　　玉名郡長洲町大字梅田字辻居屋敷</w:t>
      </w:r>
      <w:proofErr w:type="gramEnd"/>
      <w:r w:rsidRPr="006D4F65">
        <w:rPr>
          <w:bCs/>
          <w:sz w:val="21"/>
          <w:szCs w:val="21"/>
        </w:rPr>
        <w:t>459</w:t>
      </w:r>
      <w:r w:rsidRPr="006D4F65">
        <w:rPr>
          <w:bCs/>
          <w:sz w:val="21"/>
          <w:szCs w:val="21"/>
        </w:rPr>
        <w:t>番</w:t>
      </w:r>
      <w:r w:rsidRPr="006D4F65">
        <w:rPr>
          <w:bCs/>
          <w:sz w:val="21"/>
          <w:szCs w:val="21"/>
        </w:rPr>
        <w:t>1</w:t>
      </w:r>
    </w:p>
    <w:p w14:paraId="39685465" w14:textId="77777777" w:rsidR="00503E2F" w:rsidRPr="006D4F65" w:rsidRDefault="00E21872">
      <w:pPr>
        <w:spacing w:after="40"/>
        <w:rPr>
          <w:bCs/>
          <w:sz w:val="21"/>
          <w:szCs w:val="21"/>
        </w:rPr>
      </w:pPr>
      <w:r w:rsidRPr="006D4F65">
        <w:rPr>
          <w:bCs/>
          <w:sz w:val="21"/>
          <w:szCs w:val="21"/>
        </w:rPr>
        <w:t>（２）</w:t>
      </w:r>
      <w:proofErr w:type="gramStart"/>
      <w:r w:rsidRPr="006D4F65">
        <w:rPr>
          <w:bCs/>
          <w:sz w:val="21"/>
          <w:szCs w:val="21"/>
        </w:rPr>
        <w:t>地目　　宅地</w:t>
      </w:r>
      <w:proofErr w:type="gramEnd"/>
    </w:p>
    <w:p w14:paraId="727A85FF" w14:textId="77777777" w:rsidR="00503E2F" w:rsidRPr="006D4F65" w:rsidRDefault="00E21872">
      <w:pPr>
        <w:spacing w:after="40"/>
        <w:rPr>
          <w:bCs/>
          <w:sz w:val="21"/>
          <w:szCs w:val="21"/>
        </w:rPr>
      </w:pPr>
      <w:r w:rsidRPr="006D4F65">
        <w:rPr>
          <w:bCs/>
          <w:sz w:val="21"/>
          <w:szCs w:val="21"/>
        </w:rPr>
        <w:t>（３）</w:t>
      </w:r>
      <w:proofErr w:type="gramStart"/>
      <w:r w:rsidRPr="006D4F65">
        <w:rPr>
          <w:bCs/>
          <w:sz w:val="21"/>
          <w:szCs w:val="21"/>
        </w:rPr>
        <w:t xml:space="preserve">地積　　</w:t>
      </w:r>
      <w:r w:rsidRPr="006D4F65">
        <w:rPr>
          <w:bCs/>
          <w:sz w:val="21"/>
          <w:szCs w:val="21"/>
        </w:rPr>
        <w:t>243</w:t>
      </w:r>
      <w:proofErr w:type="gramEnd"/>
      <w:r w:rsidRPr="006D4F65">
        <w:rPr>
          <w:bCs/>
          <w:sz w:val="21"/>
          <w:szCs w:val="21"/>
        </w:rPr>
        <w:t>.78</w:t>
      </w:r>
      <w:r w:rsidRPr="006D4F65">
        <w:rPr>
          <w:bCs/>
          <w:sz w:val="21"/>
          <w:szCs w:val="21"/>
        </w:rPr>
        <w:t>㎡</w:t>
      </w:r>
    </w:p>
    <w:p w14:paraId="617389A3" w14:textId="77777777" w:rsidR="00503E2F" w:rsidRPr="006D4F65" w:rsidRDefault="00E21872">
      <w:pPr>
        <w:keepNext/>
        <w:spacing w:after="20"/>
        <w:rPr>
          <w:bCs/>
          <w:sz w:val="21"/>
          <w:szCs w:val="21"/>
          <w:lang w:eastAsia="ja-JP"/>
        </w:rPr>
      </w:pPr>
      <w:r w:rsidRPr="006D4F65">
        <w:rPr>
          <w:bCs/>
          <w:sz w:val="21"/>
          <w:szCs w:val="21"/>
          <w:lang w:eastAsia="ja-JP"/>
        </w:rPr>
        <w:t>（契約保証金）</w:t>
      </w:r>
    </w:p>
    <w:p w14:paraId="287411C0" w14:textId="77777777" w:rsidR="00503E2F" w:rsidRPr="006D4F65" w:rsidRDefault="00E21872">
      <w:pPr>
        <w:spacing w:after="40"/>
        <w:rPr>
          <w:bCs/>
          <w:sz w:val="21"/>
          <w:szCs w:val="21"/>
          <w:lang w:eastAsia="ja-JP"/>
        </w:rPr>
      </w:pPr>
      <w:r w:rsidRPr="006D4F65">
        <w:rPr>
          <w:bCs/>
          <w:sz w:val="21"/>
          <w:szCs w:val="21"/>
          <w:lang w:eastAsia="ja-JP"/>
        </w:rPr>
        <w:t>第２条　乙は、この契約に関し、契約保証金として金　　　　　　　　　　　　円を、この契約の締結時に、甲の発行する納付書により納付しなければならない。</w:t>
      </w:r>
    </w:p>
    <w:p w14:paraId="07D9BCEF" w14:textId="77777777" w:rsidR="00503E2F" w:rsidRPr="006D4F65" w:rsidRDefault="00E21872">
      <w:pPr>
        <w:spacing w:after="40"/>
        <w:rPr>
          <w:bCs/>
          <w:sz w:val="21"/>
          <w:szCs w:val="21"/>
          <w:lang w:eastAsia="ja-JP"/>
        </w:rPr>
      </w:pPr>
      <w:r w:rsidRPr="006D4F65">
        <w:rPr>
          <w:bCs/>
          <w:sz w:val="21"/>
          <w:szCs w:val="21"/>
          <w:lang w:eastAsia="ja-JP"/>
        </w:rPr>
        <w:t>２　前項の契約保証金には、利息を付けない。</w:t>
      </w:r>
    </w:p>
    <w:p w14:paraId="4731C98E" w14:textId="77777777" w:rsidR="00503E2F" w:rsidRPr="006D4F65" w:rsidRDefault="00E21872">
      <w:pPr>
        <w:spacing w:after="40"/>
        <w:rPr>
          <w:bCs/>
          <w:sz w:val="21"/>
          <w:szCs w:val="21"/>
          <w:lang w:eastAsia="ja-JP"/>
        </w:rPr>
      </w:pPr>
      <w:r w:rsidRPr="006D4F65">
        <w:rPr>
          <w:bCs/>
          <w:sz w:val="21"/>
          <w:szCs w:val="21"/>
          <w:lang w:eastAsia="ja-JP"/>
        </w:rPr>
        <w:t>３　第１項の契約保証金は、前条の売買代金の一部に充当するものとする。</w:t>
      </w:r>
    </w:p>
    <w:p w14:paraId="5C0E3748" w14:textId="77777777" w:rsidR="00503E2F" w:rsidRPr="006D4F65" w:rsidRDefault="00E21872">
      <w:pPr>
        <w:spacing w:after="40"/>
        <w:rPr>
          <w:bCs/>
          <w:sz w:val="21"/>
          <w:szCs w:val="21"/>
          <w:lang w:eastAsia="ja-JP"/>
        </w:rPr>
      </w:pPr>
      <w:r w:rsidRPr="006D4F65">
        <w:rPr>
          <w:bCs/>
          <w:sz w:val="21"/>
          <w:szCs w:val="21"/>
          <w:lang w:eastAsia="ja-JP"/>
        </w:rPr>
        <w:t>４　第１項の契約保証金は、乙の責めに帰すべき事由によりこの契約が解除されたときは、甲に帰属する。</w:t>
      </w:r>
    </w:p>
    <w:p w14:paraId="478542DB" w14:textId="77777777" w:rsidR="00503E2F" w:rsidRPr="006D4F65" w:rsidRDefault="00E21872">
      <w:pPr>
        <w:keepNext/>
        <w:spacing w:after="20"/>
        <w:rPr>
          <w:bCs/>
          <w:sz w:val="21"/>
          <w:szCs w:val="21"/>
          <w:lang w:eastAsia="ja-JP"/>
        </w:rPr>
      </w:pPr>
      <w:r w:rsidRPr="006D4F65">
        <w:rPr>
          <w:bCs/>
          <w:sz w:val="21"/>
          <w:szCs w:val="21"/>
          <w:lang w:eastAsia="ja-JP"/>
        </w:rPr>
        <w:t>（売買代金の支払）</w:t>
      </w:r>
    </w:p>
    <w:p w14:paraId="5E62A15A" w14:textId="77777777" w:rsidR="00503E2F" w:rsidRPr="006D4F65" w:rsidRDefault="00E21872">
      <w:pPr>
        <w:spacing w:after="40"/>
        <w:rPr>
          <w:bCs/>
          <w:sz w:val="21"/>
          <w:szCs w:val="21"/>
          <w:lang w:eastAsia="ja-JP"/>
        </w:rPr>
      </w:pPr>
      <w:r w:rsidRPr="006D4F65">
        <w:rPr>
          <w:bCs/>
          <w:sz w:val="21"/>
          <w:szCs w:val="21"/>
          <w:lang w:eastAsia="ja-JP"/>
        </w:rPr>
        <w:t>第３条　乙は、第１条の売買代金から前条第１項の契約保証金を控除した残額を、契約締結日から</w:t>
      </w:r>
      <w:r w:rsidRPr="006D4F65">
        <w:rPr>
          <w:bCs/>
          <w:sz w:val="21"/>
          <w:szCs w:val="21"/>
          <w:lang w:eastAsia="ja-JP"/>
        </w:rPr>
        <w:t>3</w:t>
      </w:r>
      <w:r w:rsidRPr="006D4F65">
        <w:rPr>
          <w:bCs/>
          <w:sz w:val="21"/>
          <w:szCs w:val="21"/>
          <w:lang w:eastAsia="ja-JP"/>
        </w:rPr>
        <w:t>か月以内の日を期限として甲が指定する日までに、甲の発行する納付書により一括して納付しなければならない。</w:t>
      </w:r>
    </w:p>
    <w:p w14:paraId="08D4D2B7" w14:textId="77777777" w:rsidR="00503E2F" w:rsidRPr="006D4F65" w:rsidRDefault="00E21872">
      <w:pPr>
        <w:keepNext/>
        <w:spacing w:after="20"/>
        <w:rPr>
          <w:bCs/>
          <w:sz w:val="21"/>
          <w:szCs w:val="21"/>
          <w:lang w:eastAsia="ja-JP"/>
        </w:rPr>
      </w:pPr>
      <w:r w:rsidRPr="006D4F65">
        <w:rPr>
          <w:bCs/>
          <w:sz w:val="21"/>
          <w:szCs w:val="21"/>
          <w:lang w:eastAsia="ja-JP"/>
        </w:rPr>
        <w:t>（延滞金）</w:t>
      </w:r>
    </w:p>
    <w:p w14:paraId="67A461DD" w14:textId="77777777" w:rsidR="00503E2F" w:rsidRPr="006D4F65" w:rsidRDefault="00E21872">
      <w:pPr>
        <w:spacing w:after="40"/>
        <w:rPr>
          <w:bCs/>
          <w:sz w:val="21"/>
          <w:szCs w:val="21"/>
          <w:lang w:eastAsia="ja-JP"/>
        </w:rPr>
      </w:pPr>
      <w:r w:rsidRPr="006D4F65">
        <w:rPr>
          <w:bCs/>
          <w:sz w:val="21"/>
          <w:szCs w:val="21"/>
          <w:lang w:eastAsia="ja-JP"/>
        </w:rPr>
        <w:t>第４条　乙は、前条の売買代金の残額をその支払期日までに支払わないときは、当該期日の翌日から納入する日までの日数に応じ、その未納金額につき年</w:t>
      </w:r>
      <w:r w:rsidRPr="006D4F65">
        <w:rPr>
          <w:bCs/>
          <w:sz w:val="21"/>
          <w:szCs w:val="21"/>
          <w:lang w:eastAsia="ja-JP"/>
        </w:rPr>
        <w:t>14.6</w:t>
      </w:r>
      <w:r w:rsidRPr="006D4F65">
        <w:rPr>
          <w:bCs/>
          <w:sz w:val="21"/>
          <w:szCs w:val="21"/>
          <w:lang w:eastAsia="ja-JP"/>
        </w:rPr>
        <w:t>パーセントの割合で計算した延滞金を甲に支払わなければならない。この場合において、当該延滞金に</w:t>
      </w:r>
      <w:r w:rsidRPr="006D4F65">
        <w:rPr>
          <w:bCs/>
          <w:sz w:val="21"/>
          <w:szCs w:val="21"/>
          <w:lang w:eastAsia="ja-JP"/>
        </w:rPr>
        <w:t>1</w:t>
      </w:r>
      <w:r w:rsidRPr="006D4F65">
        <w:rPr>
          <w:bCs/>
          <w:sz w:val="21"/>
          <w:szCs w:val="21"/>
          <w:lang w:eastAsia="ja-JP"/>
        </w:rPr>
        <w:t>円未満の端数があるときは、これを切り捨てる。</w:t>
      </w:r>
    </w:p>
    <w:p w14:paraId="284B3BA5" w14:textId="77777777" w:rsidR="00503E2F" w:rsidRPr="006D4F65" w:rsidRDefault="00E21872">
      <w:pPr>
        <w:keepNext/>
        <w:spacing w:after="20"/>
        <w:rPr>
          <w:bCs/>
          <w:sz w:val="21"/>
          <w:szCs w:val="21"/>
          <w:lang w:eastAsia="ja-JP"/>
        </w:rPr>
      </w:pPr>
      <w:r w:rsidRPr="006D4F65">
        <w:rPr>
          <w:bCs/>
          <w:sz w:val="21"/>
          <w:szCs w:val="21"/>
          <w:lang w:eastAsia="ja-JP"/>
        </w:rPr>
        <w:t>（所有権の移転及び物件の引渡し）</w:t>
      </w:r>
    </w:p>
    <w:p w14:paraId="693BF30B" w14:textId="77777777" w:rsidR="00503E2F" w:rsidRPr="006D4F65" w:rsidRDefault="00E21872">
      <w:pPr>
        <w:spacing w:after="40"/>
        <w:rPr>
          <w:bCs/>
          <w:sz w:val="21"/>
          <w:szCs w:val="21"/>
          <w:lang w:eastAsia="ja-JP"/>
        </w:rPr>
      </w:pPr>
      <w:r w:rsidRPr="006D4F65">
        <w:rPr>
          <w:bCs/>
          <w:sz w:val="21"/>
          <w:szCs w:val="21"/>
          <w:lang w:eastAsia="ja-JP"/>
        </w:rPr>
        <w:t>第５条　売買物件の所有権は、乙が第１条の売買代金の支払を完了したときに、甲から乙に移転するものとする。</w:t>
      </w:r>
    </w:p>
    <w:p w14:paraId="3BE7DF7D" w14:textId="77777777" w:rsidR="00503E2F" w:rsidRPr="006D4F65" w:rsidRDefault="00E21872">
      <w:pPr>
        <w:spacing w:after="40"/>
        <w:rPr>
          <w:bCs/>
          <w:sz w:val="21"/>
          <w:szCs w:val="21"/>
          <w:lang w:eastAsia="ja-JP"/>
        </w:rPr>
      </w:pPr>
      <w:r w:rsidRPr="006D4F65">
        <w:rPr>
          <w:bCs/>
          <w:sz w:val="21"/>
          <w:szCs w:val="21"/>
          <w:lang w:eastAsia="ja-JP"/>
        </w:rPr>
        <w:t>２　売買物件は、前項の規定により所有権が移転したときに、現状有姿で乙に引き渡されたものとする。</w:t>
      </w:r>
    </w:p>
    <w:p w14:paraId="497586DE" w14:textId="77777777" w:rsidR="00503E2F" w:rsidRPr="006D4F65" w:rsidRDefault="00E21872">
      <w:pPr>
        <w:keepNext/>
        <w:spacing w:after="20"/>
        <w:rPr>
          <w:bCs/>
          <w:sz w:val="21"/>
          <w:szCs w:val="21"/>
          <w:lang w:eastAsia="ja-JP"/>
        </w:rPr>
      </w:pPr>
      <w:r w:rsidRPr="006D4F65">
        <w:rPr>
          <w:bCs/>
          <w:sz w:val="21"/>
          <w:szCs w:val="21"/>
          <w:lang w:eastAsia="ja-JP"/>
        </w:rPr>
        <w:t>（所有権移転登記）</w:t>
      </w:r>
    </w:p>
    <w:p w14:paraId="3CC3BEED" w14:textId="77777777" w:rsidR="00503E2F" w:rsidRPr="006D4F65" w:rsidRDefault="00E21872">
      <w:pPr>
        <w:spacing w:after="40"/>
        <w:rPr>
          <w:bCs/>
          <w:sz w:val="21"/>
          <w:szCs w:val="21"/>
          <w:lang w:eastAsia="ja-JP"/>
        </w:rPr>
      </w:pPr>
      <w:r w:rsidRPr="006D4F65">
        <w:rPr>
          <w:bCs/>
          <w:sz w:val="21"/>
          <w:szCs w:val="21"/>
          <w:lang w:eastAsia="ja-JP"/>
        </w:rPr>
        <w:t>第６条　甲は、前条第１項の規定により売買物件の所有権が乙に移転したときは、速やかに所有権移転登記の手続を行うものとする。</w:t>
      </w:r>
    </w:p>
    <w:p w14:paraId="3C80607E" w14:textId="77777777" w:rsidR="00503E2F" w:rsidRPr="006D4F65" w:rsidRDefault="00E21872">
      <w:pPr>
        <w:spacing w:after="40"/>
        <w:rPr>
          <w:bCs/>
          <w:sz w:val="21"/>
          <w:szCs w:val="21"/>
          <w:lang w:eastAsia="ja-JP"/>
        </w:rPr>
      </w:pPr>
      <w:r w:rsidRPr="006D4F65">
        <w:rPr>
          <w:bCs/>
          <w:sz w:val="21"/>
          <w:szCs w:val="21"/>
          <w:lang w:eastAsia="ja-JP"/>
        </w:rPr>
        <w:t>２　前項の所有権移転登記に要する費用は、乙の負担とする。</w:t>
      </w:r>
    </w:p>
    <w:p w14:paraId="240285CF" w14:textId="77777777" w:rsidR="00503E2F" w:rsidRPr="006D4F65" w:rsidRDefault="00E21872">
      <w:pPr>
        <w:spacing w:after="40"/>
        <w:rPr>
          <w:bCs/>
          <w:sz w:val="21"/>
          <w:szCs w:val="21"/>
          <w:lang w:eastAsia="ja-JP"/>
        </w:rPr>
      </w:pPr>
      <w:r w:rsidRPr="006D4F65">
        <w:rPr>
          <w:bCs/>
          <w:sz w:val="21"/>
          <w:szCs w:val="21"/>
          <w:lang w:eastAsia="ja-JP"/>
        </w:rPr>
        <w:t>３　乙は、所有権移転登記が完了するまでの間、本契約に基づく権利又は義務を第三者に譲渡し、又は承継させてはならない。ただし、相続その他やむを得ない事由により、甲が特に認めた場合は、この限りでない。</w:t>
      </w:r>
    </w:p>
    <w:p w14:paraId="0FD42D58" w14:textId="77777777" w:rsidR="00503E2F" w:rsidRPr="006D4F65" w:rsidRDefault="00E21872">
      <w:pPr>
        <w:keepNext/>
        <w:spacing w:after="20"/>
        <w:rPr>
          <w:bCs/>
          <w:sz w:val="21"/>
          <w:szCs w:val="21"/>
          <w:lang w:eastAsia="ja-JP"/>
        </w:rPr>
      </w:pPr>
      <w:r w:rsidRPr="006D4F65">
        <w:rPr>
          <w:bCs/>
          <w:sz w:val="21"/>
          <w:szCs w:val="21"/>
          <w:lang w:eastAsia="ja-JP"/>
        </w:rPr>
        <w:t>（危険負担）</w:t>
      </w:r>
    </w:p>
    <w:p w14:paraId="59DC45F6" w14:textId="77777777" w:rsidR="00503E2F" w:rsidRPr="006D4F65" w:rsidRDefault="00E21872">
      <w:pPr>
        <w:spacing w:after="40"/>
        <w:rPr>
          <w:bCs/>
          <w:sz w:val="21"/>
          <w:szCs w:val="21"/>
          <w:lang w:eastAsia="ja-JP"/>
        </w:rPr>
      </w:pPr>
      <w:r w:rsidRPr="006D4F65">
        <w:rPr>
          <w:bCs/>
          <w:sz w:val="21"/>
          <w:szCs w:val="21"/>
          <w:lang w:eastAsia="ja-JP"/>
        </w:rPr>
        <w:t>第７条　売買物件の危険負担については、民法の定めるところによる。</w:t>
      </w:r>
    </w:p>
    <w:p w14:paraId="7274C2A9" w14:textId="77777777" w:rsidR="00503E2F" w:rsidRPr="006D4F65" w:rsidRDefault="00E21872">
      <w:pPr>
        <w:keepNext/>
        <w:spacing w:after="20"/>
        <w:rPr>
          <w:bCs/>
          <w:sz w:val="21"/>
          <w:szCs w:val="21"/>
          <w:lang w:eastAsia="ja-JP"/>
        </w:rPr>
      </w:pPr>
      <w:r w:rsidRPr="006D4F65">
        <w:rPr>
          <w:bCs/>
          <w:sz w:val="21"/>
          <w:szCs w:val="21"/>
          <w:lang w:eastAsia="ja-JP"/>
        </w:rPr>
        <w:t>（契約不適合責任）</w:t>
      </w:r>
    </w:p>
    <w:p w14:paraId="045CB480" w14:textId="77777777" w:rsidR="00503E2F" w:rsidRPr="006D4F65" w:rsidRDefault="00E21872">
      <w:pPr>
        <w:spacing w:after="40"/>
        <w:rPr>
          <w:bCs/>
          <w:sz w:val="21"/>
          <w:szCs w:val="21"/>
          <w:lang w:eastAsia="ja-JP"/>
        </w:rPr>
      </w:pPr>
      <w:r w:rsidRPr="006D4F65">
        <w:rPr>
          <w:bCs/>
          <w:sz w:val="21"/>
          <w:szCs w:val="21"/>
          <w:lang w:eastAsia="ja-JP"/>
        </w:rPr>
        <w:t>第８条　甲は、売買物件に種類、品質又は数量に関して契約の内容に適合しないものがあっても、その責任を負わないものとする。ただし、甲が知りながら乙に告げなかった事実については、この限りでない。</w:t>
      </w:r>
    </w:p>
    <w:p w14:paraId="73854393" w14:textId="77777777" w:rsidR="00503E2F" w:rsidRPr="006D4F65" w:rsidRDefault="00E21872">
      <w:pPr>
        <w:keepNext/>
        <w:spacing w:after="20"/>
        <w:rPr>
          <w:bCs/>
          <w:sz w:val="21"/>
          <w:szCs w:val="21"/>
          <w:lang w:eastAsia="ja-JP"/>
        </w:rPr>
      </w:pPr>
      <w:r w:rsidRPr="006D4F65">
        <w:rPr>
          <w:bCs/>
          <w:sz w:val="21"/>
          <w:szCs w:val="21"/>
          <w:lang w:eastAsia="ja-JP"/>
        </w:rPr>
        <w:lastRenderedPageBreak/>
        <w:t>（用途制限）</w:t>
      </w:r>
    </w:p>
    <w:p w14:paraId="5A7E5DA1" w14:textId="77777777" w:rsidR="00503E2F" w:rsidRPr="006D4F65" w:rsidRDefault="00E21872">
      <w:pPr>
        <w:spacing w:after="40"/>
        <w:rPr>
          <w:bCs/>
          <w:sz w:val="21"/>
          <w:szCs w:val="21"/>
          <w:lang w:eastAsia="ja-JP"/>
        </w:rPr>
      </w:pPr>
      <w:r w:rsidRPr="006D4F65">
        <w:rPr>
          <w:bCs/>
          <w:sz w:val="21"/>
          <w:szCs w:val="21"/>
          <w:lang w:eastAsia="ja-JP"/>
        </w:rPr>
        <w:t>第９条　乙は、売買物件を契約締結の日から</w:t>
      </w:r>
      <w:r w:rsidRPr="006D4F65">
        <w:rPr>
          <w:bCs/>
          <w:sz w:val="21"/>
          <w:szCs w:val="21"/>
          <w:lang w:eastAsia="ja-JP"/>
        </w:rPr>
        <w:t>5</w:t>
      </w:r>
      <w:r w:rsidRPr="006D4F65">
        <w:rPr>
          <w:bCs/>
          <w:sz w:val="21"/>
          <w:szCs w:val="21"/>
          <w:lang w:eastAsia="ja-JP"/>
        </w:rPr>
        <w:t>年間、風俗営業等の規制及び業務の適正化等に関する法律（昭和</w:t>
      </w:r>
      <w:r w:rsidRPr="006D4F65">
        <w:rPr>
          <w:bCs/>
          <w:sz w:val="21"/>
          <w:szCs w:val="21"/>
          <w:lang w:eastAsia="ja-JP"/>
        </w:rPr>
        <w:t>23</w:t>
      </w:r>
      <w:r w:rsidRPr="006D4F65">
        <w:rPr>
          <w:bCs/>
          <w:sz w:val="21"/>
          <w:szCs w:val="21"/>
          <w:lang w:eastAsia="ja-JP"/>
        </w:rPr>
        <w:t>年法律第</w:t>
      </w:r>
      <w:r w:rsidRPr="006D4F65">
        <w:rPr>
          <w:bCs/>
          <w:sz w:val="21"/>
          <w:szCs w:val="21"/>
          <w:lang w:eastAsia="ja-JP"/>
        </w:rPr>
        <w:t>122</w:t>
      </w:r>
      <w:r w:rsidRPr="006D4F65">
        <w:rPr>
          <w:bCs/>
          <w:sz w:val="21"/>
          <w:szCs w:val="21"/>
          <w:lang w:eastAsia="ja-JP"/>
        </w:rPr>
        <w:t>号）第</w:t>
      </w:r>
      <w:r w:rsidRPr="006D4F65">
        <w:rPr>
          <w:bCs/>
          <w:sz w:val="21"/>
          <w:szCs w:val="21"/>
          <w:lang w:eastAsia="ja-JP"/>
        </w:rPr>
        <w:t>2</w:t>
      </w:r>
      <w:r w:rsidRPr="006D4F65">
        <w:rPr>
          <w:bCs/>
          <w:sz w:val="21"/>
          <w:szCs w:val="21"/>
          <w:lang w:eastAsia="ja-JP"/>
        </w:rPr>
        <w:t>条第</w:t>
      </w:r>
      <w:r w:rsidRPr="006D4F65">
        <w:rPr>
          <w:bCs/>
          <w:sz w:val="21"/>
          <w:szCs w:val="21"/>
          <w:lang w:eastAsia="ja-JP"/>
        </w:rPr>
        <w:t>1</w:t>
      </w:r>
      <w:r w:rsidRPr="006D4F65">
        <w:rPr>
          <w:bCs/>
          <w:sz w:val="21"/>
          <w:szCs w:val="21"/>
          <w:lang w:eastAsia="ja-JP"/>
        </w:rPr>
        <w:t>項に規定する風俗営業、同条第</w:t>
      </w:r>
      <w:r w:rsidRPr="006D4F65">
        <w:rPr>
          <w:bCs/>
          <w:sz w:val="21"/>
          <w:szCs w:val="21"/>
          <w:lang w:eastAsia="ja-JP"/>
        </w:rPr>
        <w:t>5</w:t>
      </w:r>
      <w:r w:rsidRPr="006D4F65">
        <w:rPr>
          <w:bCs/>
          <w:sz w:val="21"/>
          <w:szCs w:val="21"/>
          <w:lang w:eastAsia="ja-JP"/>
        </w:rPr>
        <w:t>項に規定する性風俗関連特殊営業その他これらに類する業の用に供してはならない。</w:t>
      </w:r>
    </w:p>
    <w:p w14:paraId="3CDAD3D0" w14:textId="77777777" w:rsidR="00503E2F" w:rsidRPr="006D4F65" w:rsidRDefault="00E21872">
      <w:pPr>
        <w:spacing w:after="40"/>
        <w:rPr>
          <w:bCs/>
          <w:sz w:val="21"/>
          <w:szCs w:val="21"/>
          <w:lang w:eastAsia="ja-JP"/>
        </w:rPr>
      </w:pPr>
      <w:r w:rsidRPr="006D4F65">
        <w:rPr>
          <w:bCs/>
          <w:sz w:val="21"/>
          <w:szCs w:val="21"/>
          <w:lang w:eastAsia="ja-JP"/>
        </w:rPr>
        <w:t>２　乙は、売買物件を長洲町暴力団排除条例に規定する暴力団、暴力団員又は暴力団関係者がその活動のために利用する等、公序良俗に反する用に供してはならない。</w:t>
      </w:r>
    </w:p>
    <w:p w14:paraId="31FCA2BD" w14:textId="77777777" w:rsidR="00503E2F" w:rsidRPr="006D4F65" w:rsidRDefault="00E21872">
      <w:pPr>
        <w:spacing w:after="40"/>
        <w:rPr>
          <w:bCs/>
          <w:sz w:val="21"/>
          <w:szCs w:val="21"/>
          <w:lang w:eastAsia="ja-JP"/>
        </w:rPr>
      </w:pPr>
      <w:r w:rsidRPr="006D4F65">
        <w:rPr>
          <w:bCs/>
          <w:sz w:val="21"/>
          <w:szCs w:val="21"/>
          <w:lang w:eastAsia="ja-JP"/>
        </w:rPr>
        <w:t>３　乙は、売買物件又は本契約締結後に売買物件に設置した建物その他の工作物を第三者に譲渡し、又は貸付けその他の方法により使用させる場合は、当該第三者に対し、本条に定める義務のうち、当該譲渡又は使用させる時点においてなお効力を有する義務を、契約書その他の書面により承継又は遵守させなければならない。</w:t>
      </w:r>
    </w:p>
    <w:p w14:paraId="43FBEDC6" w14:textId="77777777" w:rsidR="00503E2F" w:rsidRPr="006D4F65" w:rsidRDefault="00E21872">
      <w:pPr>
        <w:keepNext/>
        <w:spacing w:after="20"/>
        <w:rPr>
          <w:bCs/>
          <w:sz w:val="21"/>
          <w:szCs w:val="21"/>
          <w:lang w:eastAsia="ja-JP"/>
        </w:rPr>
      </w:pPr>
      <w:r w:rsidRPr="006D4F65">
        <w:rPr>
          <w:bCs/>
          <w:sz w:val="21"/>
          <w:szCs w:val="21"/>
          <w:lang w:eastAsia="ja-JP"/>
        </w:rPr>
        <w:t>（実地調査等）</w:t>
      </w:r>
    </w:p>
    <w:p w14:paraId="32DD98DA"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10</w:t>
      </w:r>
      <w:r w:rsidRPr="006D4F65">
        <w:rPr>
          <w:bCs/>
          <w:sz w:val="21"/>
          <w:szCs w:val="21"/>
          <w:lang w:eastAsia="ja-JP"/>
        </w:rPr>
        <w:t>条　甲は、前条に定める用途制限その他の義務について、必要と認めるときは実地調査を行うことができる。</w:t>
      </w:r>
    </w:p>
    <w:p w14:paraId="7A3DA774" w14:textId="77777777" w:rsidR="00503E2F" w:rsidRPr="006D4F65" w:rsidRDefault="00E21872">
      <w:pPr>
        <w:spacing w:after="40"/>
        <w:rPr>
          <w:bCs/>
          <w:sz w:val="21"/>
          <w:szCs w:val="21"/>
          <w:lang w:eastAsia="ja-JP"/>
        </w:rPr>
      </w:pPr>
      <w:r w:rsidRPr="006D4F65">
        <w:rPr>
          <w:bCs/>
          <w:sz w:val="21"/>
          <w:szCs w:val="21"/>
          <w:lang w:eastAsia="ja-JP"/>
        </w:rPr>
        <w:t>２　乙は、甲から要求があるときは、利用状況の事実を証する資料を添えて売買物件の利用状況等を甲に報告しなければならない。</w:t>
      </w:r>
    </w:p>
    <w:p w14:paraId="2A4DF930" w14:textId="77777777" w:rsidR="00503E2F" w:rsidRPr="006D4F65" w:rsidRDefault="00E21872">
      <w:pPr>
        <w:spacing w:after="40"/>
        <w:rPr>
          <w:bCs/>
          <w:sz w:val="21"/>
          <w:szCs w:val="21"/>
          <w:lang w:eastAsia="ja-JP"/>
        </w:rPr>
      </w:pPr>
      <w:r w:rsidRPr="006D4F65">
        <w:rPr>
          <w:bCs/>
          <w:sz w:val="21"/>
          <w:szCs w:val="21"/>
          <w:lang w:eastAsia="ja-JP"/>
        </w:rPr>
        <w:t>３　乙は、正当な理由なく前</w:t>
      </w:r>
      <w:r w:rsidRPr="006D4F65">
        <w:rPr>
          <w:bCs/>
          <w:sz w:val="21"/>
          <w:szCs w:val="21"/>
          <w:lang w:eastAsia="ja-JP"/>
        </w:rPr>
        <w:t>2</w:t>
      </w:r>
      <w:r w:rsidRPr="006D4F65">
        <w:rPr>
          <w:bCs/>
          <w:sz w:val="21"/>
          <w:szCs w:val="21"/>
          <w:lang w:eastAsia="ja-JP"/>
        </w:rPr>
        <w:t>項に定める実地調査を拒み、妨げ若しくは忌避し、又は報告若しくは資料の提出を怠ってはならない。</w:t>
      </w:r>
    </w:p>
    <w:p w14:paraId="0C5D7D95" w14:textId="77777777" w:rsidR="00503E2F" w:rsidRPr="006D4F65" w:rsidRDefault="00E21872">
      <w:pPr>
        <w:keepNext/>
        <w:spacing w:after="20"/>
        <w:rPr>
          <w:bCs/>
          <w:sz w:val="21"/>
          <w:szCs w:val="21"/>
          <w:lang w:eastAsia="ja-JP"/>
        </w:rPr>
      </w:pPr>
      <w:r w:rsidRPr="006D4F65">
        <w:rPr>
          <w:bCs/>
          <w:sz w:val="21"/>
          <w:szCs w:val="21"/>
          <w:lang w:eastAsia="ja-JP"/>
        </w:rPr>
        <w:t>（違約金）</w:t>
      </w:r>
    </w:p>
    <w:p w14:paraId="79A77A1E"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11</w:t>
      </w:r>
      <w:r w:rsidRPr="006D4F65">
        <w:rPr>
          <w:bCs/>
          <w:sz w:val="21"/>
          <w:szCs w:val="21"/>
          <w:lang w:eastAsia="ja-JP"/>
        </w:rPr>
        <w:t>条　乙は、第</w:t>
      </w:r>
      <w:r w:rsidRPr="006D4F65">
        <w:rPr>
          <w:bCs/>
          <w:sz w:val="21"/>
          <w:szCs w:val="21"/>
          <w:lang w:eastAsia="ja-JP"/>
        </w:rPr>
        <w:t>9</w:t>
      </w:r>
      <w:r w:rsidRPr="006D4F65">
        <w:rPr>
          <w:bCs/>
          <w:sz w:val="21"/>
          <w:szCs w:val="21"/>
          <w:lang w:eastAsia="ja-JP"/>
        </w:rPr>
        <w:t>条第</w:t>
      </w:r>
      <w:r w:rsidRPr="006D4F65">
        <w:rPr>
          <w:bCs/>
          <w:sz w:val="21"/>
          <w:szCs w:val="21"/>
          <w:lang w:eastAsia="ja-JP"/>
        </w:rPr>
        <w:t>1</w:t>
      </w:r>
      <w:r w:rsidRPr="006D4F65">
        <w:rPr>
          <w:bCs/>
          <w:sz w:val="21"/>
          <w:szCs w:val="21"/>
          <w:lang w:eastAsia="ja-JP"/>
        </w:rPr>
        <w:t>項に定める義務に違反したときは、売買代金の</w:t>
      </w:r>
      <w:r w:rsidRPr="006D4F65">
        <w:rPr>
          <w:bCs/>
          <w:sz w:val="21"/>
          <w:szCs w:val="21"/>
          <w:lang w:eastAsia="ja-JP"/>
        </w:rPr>
        <w:t>8.25</w:t>
      </w:r>
      <w:r w:rsidRPr="006D4F65">
        <w:rPr>
          <w:bCs/>
          <w:sz w:val="21"/>
          <w:szCs w:val="21"/>
          <w:lang w:eastAsia="ja-JP"/>
        </w:rPr>
        <w:t>パーセントを違約金として甲に支払わなければならない。</w:t>
      </w:r>
    </w:p>
    <w:p w14:paraId="2904CB8F" w14:textId="77777777" w:rsidR="00503E2F" w:rsidRPr="006D4F65" w:rsidRDefault="00E21872">
      <w:pPr>
        <w:keepNext/>
        <w:spacing w:after="20"/>
        <w:rPr>
          <w:bCs/>
          <w:sz w:val="21"/>
          <w:szCs w:val="21"/>
          <w:lang w:eastAsia="ja-JP"/>
        </w:rPr>
      </w:pPr>
      <w:r w:rsidRPr="006D4F65">
        <w:rPr>
          <w:bCs/>
          <w:sz w:val="21"/>
          <w:szCs w:val="21"/>
          <w:lang w:eastAsia="ja-JP"/>
        </w:rPr>
        <w:t>（契約の解除）</w:t>
      </w:r>
    </w:p>
    <w:p w14:paraId="3801EDC3"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12</w:t>
      </w:r>
      <w:r w:rsidRPr="006D4F65">
        <w:rPr>
          <w:bCs/>
          <w:sz w:val="21"/>
          <w:szCs w:val="21"/>
          <w:lang w:eastAsia="ja-JP"/>
        </w:rPr>
        <w:t>条　甲は、乙が次の各号のいずれかに該当するときは、催告を要しないでこの契約を解除することができる。</w:t>
      </w:r>
    </w:p>
    <w:p w14:paraId="3D0B3040" w14:textId="77777777" w:rsidR="00503E2F" w:rsidRPr="006D4F65" w:rsidRDefault="00E21872">
      <w:pPr>
        <w:spacing w:after="40"/>
        <w:rPr>
          <w:bCs/>
          <w:sz w:val="21"/>
          <w:szCs w:val="21"/>
          <w:lang w:eastAsia="ja-JP"/>
        </w:rPr>
      </w:pPr>
      <w:r w:rsidRPr="006D4F65">
        <w:rPr>
          <w:bCs/>
          <w:sz w:val="21"/>
          <w:szCs w:val="21"/>
          <w:lang w:eastAsia="ja-JP"/>
        </w:rPr>
        <w:t>（１）入札参加資格を欠くことが判明したとき。</w:t>
      </w:r>
    </w:p>
    <w:p w14:paraId="7146DBFE" w14:textId="77777777" w:rsidR="00503E2F" w:rsidRPr="006D4F65" w:rsidRDefault="00E21872">
      <w:pPr>
        <w:spacing w:after="40"/>
        <w:rPr>
          <w:bCs/>
          <w:sz w:val="21"/>
          <w:szCs w:val="21"/>
          <w:lang w:eastAsia="ja-JP"/>
        </w:rPr>
      </w:pPr>
      <w:r w:rsidRPr="006D4F65">
        <w:rPr>
          <w:bCs/>
          <w:sz w:val="21"/>
          <w:szCs w:val="21"/>
          <w:lang w:eastAsia="ja-JP"/>
        </w:rPr>
        <w:t>（２）入札参加申込書、誓約書その他の提出書類に虚偽の記載があったとき。</w:t>
      </w:r>
    </w:p>
    <w:p w14:paraId="467289D2" w14:textId="77777777" w:rsidR="00503E2F" w:rsidRPr="006D4F65" w:rsidRDefault="00E21872">
      <w:pPr>
        <w:spacing w:after="40"/>
        <w:rPr>
          <w:bCs/>
          <w:sz w:val="21"/>
          <w:szCs w:val="21"/>
          <w:lang w:eastAsia="ja-JP"/>
        </w:rPr>
      </w:pPr>
      <w:r w:rsidRPr="006D4F65">
        <w:rPr>
          <w:bCs/>
          <w:sz w:val="21"/>
          <w:szCs w:val="21"/>
          <w:lang w:eastAsia="ja-JP"/>
        </w:rPr>
        <w:t>（３）長洲町暴力団排除条例第</w:t>
      </w:r>
      <w:r w:rsidRPr="006D4F65">
        <w:rPr>
          <w:bCs/>
          <w:sz w:val="21"/>
          <w:szCs w:val="21"/>
          <w:lang w:eastAsia="ja-JP"/>
        </w:rPr>
        <w:t>2</w:t>
      </w:r>
      <w:r w:rsidRPr="006D4F65">
        <w:rPr>
          <w:bCs/>
          <w:sz w:val="21"/>
          <w:szCs w:val="21"/>
          <w:lang w:eastAsia="ja-JP"/>
        </w:rPr>
        <w:t>条に規定する暴力団、暴力団員又は暴力団関係者に該当することが判明したとき。</w:t>
      </w:r>
    </w:p>
    <w:p w14:paraId="331E2285" w14:textId="77777777" w:rsidR="00503E2F" w:rsidRPr="006D4F65" w:rsidRDefault="00E21872">
      <w:pPr>
        <w:spacing w:after="40"/>
        <w:rPr>
          <w:bCs/>
          <w:sz w:val="21"/>
          <w:szCs w:val="21"/>
          <w:lang w:eastAsia="ja-JP"/>
        </w:rPr>
      </w:pPr>
      <w:r w:rsidRPr="006D4F65">
        <w:rPr>
          <w:bCs/>
          <w:sz w:val="21"/>
          <w:szCs w:val="21"/>
          <w:lang w:eastAsia="ja-JP"/>
        </w:rPr>
        <w:t>（４）第</w:t>
      </w:r>
      <w:r w:rsidRPr="006D4F65">
        <w:rPr>
          <w:bCs/>
          <w:sz w:val="21"/>
          <w:szCs w:val="21"/>
          <w:lang w:eastAsia="ja-JP"/>
        </w:rPr>
        <w:t>6</w:t>
      </w:r>
      <w:r w:rsidRPr="006D4F65">
        <w:rPr>
          <w:bCs/>
          <w:sz w:val="21"/>
          <w:szCs w:val="21"/>
          <w:lang w:eastAsia="ja-JP"/>
        </w:rPr>
        <w:t>条第</w:t>
      </w:r>
      <w:r w:rsidRPr="006D4F65">
        <w:rPr>
          <w:bCs/>
          <w:sz w:val="21"/>
          <w:szCs w:val="21"/>
          <w:lang w:eastAsia="ja-JP"/>
        </w:rPr>
        <w:t>3</w:t>
      </w:r>
      <w:r w:rsidRPr="006D4F65">
        <w:rPr>
          <w:bCs/>
          <w:sz w:val="21"/>
          <w:szCs w:val="21"/>
          <w:lang w:eastAsia="ja-JP"/>
        </w:rPr>
        <w:t>項、第</w:t>
      </w:r>
      <w:r w:rsidRPr="006D4F65">
        <w:rPr>
          <w:bCs/>
          <w:sz w:val="21"/>
          <w:szCs w:val="21"/>
          <w:lang w:eastAsia="ja-JP"/>
        </w:rPr>
        <w:t>9</w:t>
      </w:r>
      <w:r w:rsidRPr="006D4F65">
        <w:rPr>
          <w:bCs/>
          <w:sz w:val="21"/>
          <w:szCs w:val="21"/>
          <w:lang w:eastAsia="ja-JP"/>
        </w:rPr>
        <w:t>条又は第</w:t>
      </w:r>
      <w:r w:rsidRPr="006D4F65">
        <w:rPr>
          <w:bCs/>
          <w:sz w:val="21"/>
          <w:szCs w:val="21"/>
          <w:lang w:eastAsia="ja-JP"/>
        </w:rPr>
        <w:t>10</w:t>
      </w:r>
      <w:r w:rsidRPr="006D4F65">
        <w:rPr>
          <w:bCs/>
          <w:sz w:val="21"/>
          <w:szCs w:val="21"/>
          <w:lang w:eastAsia="ja-JP"/>
        </w:rPr>
        <w:t>条に定める義務に違反したとき。</w:t>
      </w:r>
    </w:p>
    <w:p w14:paraId="261F0B01" w14:textId="77777777" w:rsidR="00503E2F" w:rsidRPr="006D4F65" w:rsidRDefault="00E21872">
      <w:pPr>
        <w:spacing w:after="40"/>
        <w:rPr>
          <w:bCs/>
          <w:sz w:val="21"/>
          <w:szCs w:val="21"/>
          <w:lang w:eastAsia="ja-JP"/>
        </w:rPr>
      </w:pPr>
      <w:r w:rsidRPr="006D4F65">
        <w:rPr>
          <w:bCs/>
          <w:sz w:val="21"/>
          <w:szCs w:val="21"/>
          <w:lang w:eastAsia="ja-JP"/>
        </w:rPr>
        <w:t>（５）その他この契約に定める重要な義務に違反し、契約の目的を達することができないと認められるとき。</w:t>
      </w:r>
    </w:p>
    <w:p w14:paraId="0FF5F22B" w14:textId="77777777" w:rsidR="00503E2F" w:rsidRPr="006D4F65" w:rsidRDefault="00E21872">
      <w:pPr>
        <w:spacing w:after="40"/>
        <w:rPr>
          <w:bCs/>
          <w:sz w:val="21"/>
          <w:szCs w:val="21"/>
          <w:lang w:eastAsia="ja-JP"/>
        </w:rPr>
      </w:pPr>
      <w:r w:rsidRPr="006D4F65">
        <w:rPr>
          <w:bCs/>
          <w:sz w:val="21"/>
          <w:szCs w:val="21"/>
          <w:lang w:eastAsia="ja-JP"/>
        </w:rPr>
        <w:t>２　甲は、乙が前項各号に掲げる場合のほか、この契約に定める義務を履行しないときは、相当の期間を定めて催告し、その期間内に履行がないときは、この契約を解除することができる。</w:t>
      </w:r>
    </w:p>
    <w:p w14:paraId="69581610" w14:textId="77777777" w:rsidR="00503E2F" w:rsidRPr="006D4F65" w:rsidRDefault="00E21872">
      <w:pPr>
        <w:keepNext/>
        <w:spacing w:after="20"/>
        <w:rPr>
          <w:bCs/>
          <w:sz w:val="21"/>
          <w:szCs w:val="21"/>
          <w:lang w:eastAsia="ja-JP"/>
        </w:rPr>
      </w:pPr>
      <w:r w:rsidRPr="006D4F65">
        <w:rPr>
          <w:bCs/>
          <w:sz w:val="21"/>
          <w:szCs w:val="21"/>
          <w:lang w:eastAsia="ja-JP"/>
        </w:rPr>
        <w:t>（売買代金の返還）</w:t>
      </w:r>
    </w:p>
    <w:p w14:paraId="735357B9"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13</w:t>
      </w:r>
      <w:r w:rsidRPr="006D4F65">
        <w:rPr>
          <w:bCs/>
          <w:sz w:val="21"/>
          <w:szCs w:val="21"/>
          <w:lang w:eastAsia="ja-JP"/>
        </w:rPr>
        <w:t>条　甲は、前条の規定によりこの契約を解除した場合において、乙が既に売買代金を支払っているときは、これを乙に返還する。ただし、当該返還金には利息を付けないものとし、第</w:t>
      </w:r>
      <w:r w:rsidRPr="006D4F65">
        <w:rPr>
          <w:bCs/>
          <w:sz w:val="21"/>
          <w:szCs w:val="21"/>
          <w:lang w:eastAsia="ja-JP"/>
        </w:rPr>
        <w:t>16</w:t>
      </w:r>
      <w:r w:rsidRPr="006D4F65">
        <w:rPr>
          <w:bCs/>
          <w:sz w:val="21"/>
          <w:szCs w:val="21"/>
          <w:lang w:eastAsia="ja-JP"/>
        </w:rPr>
        <w:t>条の規定により控除又は相殺することを妨げない。</w:t>
      </w:r>
    </w:p>
    <w:p w14:paraId="5F595455" w14:textId="77777777" w:rsidR="00503E2F" w:rsidRPr="006D4F65" w:rsidRDefault="00E21872">
      <w:pPr>
        <w:keepNext/>
        <w:spacing w:after="20"/>
        <w:rPr>
          <w:bCs/>
          <w:sz w:val="21"/>
          <w:szCs w:val="21"/>
          <w:lang w:eastAsia="ja-JP"/>
        </w:rPr>
      </w:pPr>
      <w:r w:rsidRPr="006D4F65">
        <w:rPr>
          <w:bCs/>
          <w:sz w:val="21"/>
          <w:szCs w:val="21"/>
          <w:lang w:eastAsia="ja-JP"/>
        </w:rPr>
        <w:t>（乙の原状回復義務）</w:t>
      </w:r>
    </w:p>
    <w:p w14:paraId="0105321A"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14</w:t>
      </w:r>
      <w:r w:rsidRPr="006D4F65">
        <w:rPr>
          <w:bCs/>
          <w:sz w:val="21"/>
          <w:szCs w:val="21"/>
          <w:lang w:eastAsia="ja-JP"/>
        </w:rPr>
        <w:t>条　乙は、甲が第</w:t>
      </w:r>
      <w:r w:rsidRPr="006D4F65">
        <w:rPr>
          <w:bCs/>
          <w:sz w:val="21"/>
          <w:szCs w:val="21"/>
          <w:lang w:eastAsia="ja-JP"/>
        </w:rPr>
        <w:t>12</w:t>
      </w:r>
      <w:r w:rsidRPr="006D4F65">
        <w:rPr>
          <w:bCs/>
          <w:sz w:val="21"/>
          <w:szCs w:val="21"/>
          <w:lang w:eastAsia="ja-JP"/>
        </w:rPr>
        <w:t>条の規定によりこの契約を解除したときは、甲の指定する期日までに売買物件を原状に回復して返還しなければならない。ただし、甲が売買物件を原状に回復させることが適当でないと認めたときは、現状のまま返還することができる。</w:t>
      </w:r>
    </w:p>
    <w:p w14:paraId="3F5FAE2B" w14:textId="77777777" w:rsidR="00503E2F" w:rsidRPr="006D4F65" w:rsidRDefault="00E21872">
      <w:pPr>
        <w:spacing w:after="40"/>
        <w:rPr>
          <w:bCs/>
          <w:sz w:val="21"/>
          <w:szCs w:val="21"/>
          <w:lang w:eastAsia="ja-JP"/>
        </w:rPr>
      </w:pPr>
      <w:r w:rsidRPr="006D4F65">
        <w:rPr>
          <w:bCs/>
          <w:sz w:val="21"/>
          <w:szCs w:val="21"/>
          <w:lang w:eastAsia="ja-JP"/>
        </w:rPr>
        <w:t>２　乙は、甲が第</w:t>
      </w:r>
      <w:r w:rsidRPr="006D4F65">
        <w:rPr>
          <w:bCs/>
          <w:sz w:val="21"/>
          <w:szCs w:val="21"/>
          <w:lang w:eastAsia="ja-JP"/>
        </w:rPr>
        <w:t>12</w:t>
      </w:r>
      <w:r w:rsidRPr="006D4F65">
        <w:rPr>
          <w:bCs/>
          <w:sz w:val="21"/>
          <w:szCs w:val="21"/>
          <w:lang w:eastAsia="ja-JP"/>
        </w:rPr>
        <w:t>条の規定によりこの契約を解除したときは、甲の請求により、所有権移転登記の抹消又は甲への所有権移転登記その他必要な登記手続に協力しなければならない。この場合において、当該登記手続に要する費用は、乙の負担とする。</w:t>
      </w:r>
    </w:p>
    <w:p w14:paraId="54A96D3B" w14:textId="77777777" w:rsidR="00503E2F" w:rsidRPr="006D4F65" w:rsidRDefault="00E21872">
      <w:pPr>
        <w:keepNext/>
        <w:spacing w:after="20"/>
        <w:rPr>
          <w:bCs/>
          <w:sz w:val="21"/>
          <w:szCs w:val="21"/>
          <w:lang w:eastAsia="ja-JP"/>
        </w:rPr>
      </w:pPr>
      <w:r w:rsidRPr="006D4F65">
        <w:rPr>
          <w:bCs/>
          <w:sz w:val="21"/>
          <w:szCs w:val="21"/>
          <w:lang w:eastAsia="ja-JP"/>
        </w:rPr>
        <w:t>（損害賠償）</w:t>
      </w:r>
    </w:p>
    <w:p w14:paraId="02D04BED"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15</w:t>
      </w:r>
      <w:r w:rsidRPr="006D4F65">
        <w:rPr>
          <w:bCs/>
          <w:sz w:val="21"/>
          <w:szCs w:val="21"/>
          <w:lang w:eastAsia="ja-JP"/>
        </w:rPr>
        <w:t>条　乙は、この契約に定める義務を履行しないために甲に損害を与えたときは、その損害に相当する金額を損害賠償として甲に支払わなければならない。</w:t>
      </w:r>
    </w:p>
    <w:p w14:paraId="0BFD6E43" w14:textId="77777777" w:rsidR="00503E2F" w:rsidRPr="006D4F65" w:rsidRDefault="00E21872">
      <w:pPr>
        <w:keepNext/>
        <w:spacing w:after="20"/>
        <w:rPr>
          <w:bCs/>
          <w:sz w:val="21"/>
          <w:szCs w:val="21"/>
          <w:lang w:eastAsia="ja-JP"/>
        </w:rPr>
      </w:pPr>
      <w:r w:rsidRPr="006D4F65">
        <w:rPr>
          <w:bCs/>
          <w:sz w:val="21"/>
          <w:szCs w:val="21"/>
          <w:lang w:eastAsia="ja-JP"/>
        </w:rPr>
        <w:lastRenderedPageBreak/>
        <w:t>（返還する売買代金の控除及び相殺）</w:t>
      </w:r>
    </w:p>
    <w:p w14:paraId="147BA56F"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16</w:t>
      </w:r>
      <w:r w:rsidRPr="006D4F65">
        <w:rPr>
          <w:bCs/>
          <w:sz w:val="21"/>
          <w:szCs w:val="21"/>
          <w:lang w:eastAsia="ja-JP"/>
        </w:rPr>
        <w:t>条　甲は、第</w:t>
      </w:r>
      <w:r w:rsidRPr="006D4F65">
        <w:rPr>
          <w:bCs/>
          <w:sz w:val="21"/>
          <w:szCs w:val="21"/>
          <w:lang w:eastAsia="ja-JP"/>
        </w:rPr>
        <w:t>13</w:t>
      </w:r>
      <w:r w:rsidRPr="006D4F65">
        <w:rPr>
          <w:bCs/>
          <w:sz w:val="21"/>
          <w:szCs w:val="21"/>
          <w:lang w:eastAsia="ja-JP"/>
        </w:rPr>
        <w:t>条の規定により売買代金を返還する場合において、乙が第</w:t>
      </w:r>
      <w:r w:rsidRPr="006D4F65">
        <w:rPr>
          <w:bCs/>
          <w:sz w:val="21"/>
          <w:szCs w:val="21"/>
          <w:lang w:eastAsia="ja-JP"/>
        </w:rPr>
        <w:t>2</w:t>
      </w:r>
      <w:r w:rsidRPr="006D4F65">
        <w:rPr>
          <w:bCs/>
          <w:sz w:val="21"/>
          <w:szCs w:val="21"/>
          <w:lang w:eastAsia="ja-JP"/>
        </w:rPr>
        <w:t>条第</w:t>
      </w:r>
      <w:r w:rsidRPr="006D4F65">
        <w:rPr>
          <w:bCs/>
          <w:sz w:val="21"/>
          <w:szCs w:val="21"/>
          <w:lang w:eastAsia="ja-JP"/>
        </w:rPr>
        <w:t>4</w:t>
      </w:r>
      <w:r w:rsidRPr="006D4F65">
        <w:rPr>
          <w:bCs/>
          <w:sz w:val="21"/>
          <w:szCs w:val="21"/>
          <w:lang w:eastAsia="ja-JP"/>
        </w:rPr>
        <w:t>項により甲に帰属する契約保証金相当額、第</w:t>
      </w:r>
      <w:r w:rsidRPr="006D4F65">
        <w:rPr>
          <w:bCs/>
          <w:sz w:val="21"/>
          <w:szCs w:val="21"/>
          <w:lang w:eastAsia="ja-JP"/>
        </w:rPr>
        <w:t>11</w:t>
      </w:r>
      <w:r w:rsidRPr="006D4F65">
        <w:rPr>
          <w:bCs/>
          <w:sz w:val="21"/>
          <w:szCs w:val="21"/>
          <w:lang w:eastAsia="ja-JP"/>
        </w:rPr>
        <w:t>条に定める違約金、第</w:t>
      </w:r>
      <w:r w:rsidRPr="006D4F65">
        <w:rPr>
          <w:bCs/>
          <w:sz w:val="21"/>
          <w:szCs w:val="21"/>
          <w:lang w:eastAsia="ja-JP"/>
        </w:rPr>
        <w:t>15</w:t>
      </w:r>
      <w:r w:rsidRPr="006D4F65">
        <w:rPr>
          <w:bCs/>
          <w:sz w:val="21"/>
          <w:szCs w:val="21"/>
          <w:lang w:eastAsia="ja-JP"/>
        </w:rPr>
        <w:t>条に定める損害賠償金その他本契約に基づき甲に支払うべき債務を負うときは、返還すべき売買代金からこれらの金額を控除し、又は返還すべき売買代金の全部若しくは一部と相殺することができる。</w:t>
      </w:r>
    </w:p>
    <w:p w14:paraId="66865A6B" w14:textId="77777777" w:rsidR="00503E2F" w:rsidRPr="006D4F65" w:rsidRDefault="00E21872">
      <w:pPr>
        <w:keepNext/>
        <w:spacing w:after="20"/>
        <w:rPr>
          <w:bCs/>
          <w:sz w:val="21"/>
          <w:szCs w:val="21"/>
          <w:lang w:eastAsia="ja-JP"/>
        </w:rPr>
      </w:pPr>
      <w:r w:rsidRPr="006D4F65">
        <w:rPr>
          <w:bCs/>
          <w:sz w:val="21"/>
          <w:szCs w:val="21"/>
          <w:lang w:eastAsia="ja-JP"/>
        </w:rPr>
        <w:t>（契約の費用等）</w:t>
      </w:r>
    </w:p>
    <w:p w14:paraId="4B47BA49"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17</w:t>
      </w:r>
      <w:r w:rsidRPr="006D4F65">
        <w:rPr>
          <w:bCs/>
          <w:sz w:val="21"/>
          <w:szCs w:val="21"/>
          <w:lang w:eastAsia="ja-JP"/>
        </w:rPr>
        <w:t>条　この契約の締結及び履行に必要な一切の費用は、乙の負担とする。</w:t>
      </w:r>
    </w:p>
    <w:p w14:paraId="19C26AF9" w14:textId="77777777" w:rsidR="00503E2F" w:rsidRPr="006D4F65" w:rsidRDefault="00E21872">
      <w:pPr>
        <w:keepNext/>
        <w:spacing w:after="20"/>
        <w:rPr>
          <w:bCs/>
          <w:sz w:val="21"/>
          <w:szCs w:val="21"/>
          <w:lang w:eastAsia="ja-JP"/>
        </w:rPr>
      </w:pPr>
      <w:r w:rsidRPr="006D4F65">
        <w:rPr>
          <w:bCs/>
          <w:sz w:val="21"/>
          <w:szCs w:val="21"/>
          <w:lang w:eastAsia="ja-JP"/>
        </w:rPr>
        <w:t>（疑義等の決定）</w:t>
      </w:r>
    </w:p>
    <w:p w14:paraId="528E8DE0" w14:textId="77777777" w:rsidR="00503E2F" w:rsidRPr="006D4F65" w:rsidRDefault="00E21872">
      <w:pPr>
        <w:spacing w:after="40"/>
        <w:rPr>
          <w:bCs/>
          <w:sz w:val="21"/>
          <w:szCs w:val="21"/>
          <w:lang w:eastAsia="ja-JP"/>
        </w:rPr>
      </w:pPr>
      <w:r w:rsidRPr="006D4F65">
        <w:rPr>
          <w:bCs/>
          <w:sz w:val="21"/>
          <w:szCs w:val="21"/>
          <w:lang w:eastAsia="ja-JP"/>
        </w:rPr>
        <w:t>第</w:t>
      </w:r>
      <w:r w:rsidRPr="006D4F65">
        <w:rPr>
          <w:bCs/>
          <w:sz w:val="21"/>
          <w:szCs w:val="21"/>
          <w:lang w:eastAsia="ja-JP"/>
        </w:rPr>
        <w:t>18</w:t>
      </w:r>
      <w:r w:rsidRPr="006D4F65">
        <w:rPr>
          <w:bCs/>
          <w:sz w:val="21"/>
          <w:szCs w:val="21"/>
          <w:lang w:eastAsia="ja-JP"/>
        </w:rPr>
        <w:t>条　この契約について疑義があるとき、又はこの契約に定めのない事項については、甲乙協議のうえ定めるものとする。</w:t>
      </w:r>
    </w:p>
    <w:p w14:paraId="41E5A5CA" w14:textId="77777777" w:rsidR="00503E2F" w:rsidRPr="006D4F65" w:rsidRDefault="00503E2F">
      <w:pPr>
        <w:spacing w:after="80"/>
        <w:rPr>
          <w:bCs/>
          <w:sz w:val="21"/>
          <w:szCs w:val="21"/>
          <w:lang w:eastAsia="ja-JP"/>
        </w:rPr>
      </w:pPr>
    </w:p>
    <w:p w14:paraId="221600F0" w14:textId="77777777" w:rsidR="00503E2F" w:rsidRPr="006D4F65" w:rsidRDefault="00E21872">
      <w:pPr>
        <w:spacing w:after="160"/>
        <w:rPr>
          <w:bCs/>
          <w:sz w:val="21"/>
          <w:szCs w:val="21"/>
          <w:lang w:eastAsia="ja-JP"/>
        </w:rPr>
      </w:pPr>
      <w:r w:rsidRPr="006D4F65">
        <w:rPr>
          <w:bCs/>
          <w:sz w:val="21"/>
          <w:szCs w:val="21"/>
          <w:lang w:eastAsia="ja-JP"/>
        </w:rPr>
        <w:t xml:space="preserve">　この契約の成立を証するため、本書を</w:t>
      </w:r>
      <w:r w:rsidRPr="006D4F65">
        <w:rPr>
          <w:bCs/>
          <w:sz w:val="21"/>
          <w:szCs w:val="21"/>
          <w:lang w:eastAsia="ja-JP"/>
        </w:rPr>
        <w:t>2</w:t>
      </w:r>
      <w:r w:rsidRPr="006D4F65">
        <w:rPr>
          <w:bCs/>
          <w:sz w:val="21"/>
          <w:szCs w:val="21"/>
          <w:lang w:eastAsia="ja-JP"/>
        </w:rPr>
        <w:t>通作成し、甲、乙記名押印のうえ、各自その</w:t>
      </w:r>
      <w:r w:rsidRPr="006D4F65">
        <w:rPr>
          <w:bCs/>
          <w:sz w:val="21"/>
          <w:szCs w:val="21"/>
          <w:lang w:eastAsia="ja-JP"/>
        </w:rPr>
        <w:t>1</w:t>
      </w:r>
      <w:r w:rsidRPr="006D4F65">
        <w:rPr>
          <w:bCs/>
          <w:sz w:val="21"/>
          <w:szCs w:val="21"/>
          <w:lang w:eastAsia="ja-JP"/>
        </w:rPr>
        <w:t>通を所持するものとする。</w:t>
      </w:r>
    </w:p>
    <w:p w14:paraId="412EC6C3" w14:textId="77777777" w:rsidR="00503E2F" w:rsidRPr="006D4F65" w:rsidRDefault="00E21872">
      <w:pPr>
        <w:spacing w:after="160"/>
        <w:rPr>
          <w:bCs/>
          <w:sz w:val="21"/>
          <w:szCs w:val="21"/>
        </w:rPr>
      </w:pPr>
      <w:proofErr w:type="spellStart"/>
      <w:proofErr w:type="gramStart"/>
      <w:r w:rsidRPr="006D4F65">
        <w:rPr>
          <w:bCs/>
          <w:sz w:val="21"/>
          <w:szCs w:val="21"/>
        </w:rPr>
        <w:t>令和</w:t>
      </w:r>
      <w:proofErr w:type="spellEnd"/>
      <w:r w:rsidRPr="006D4F65">
        <w:rPr>
          <w:bCs/>
          <w:sz w:val="21"/>
          <w:szCs w:val="21"/>
        </w:rPr>
        <w:t xml:space="preserve">　　年</w:t>
      </w:r>
      <w:proofErr w:type="gramEnd"/>
      <w:r w:rsidRPr="006D4F65">
        <w:rPr>
          <w:bCs/>
          <w:sz w:val="21"/>
          <w:szCs w:val="21"/>
        </w:rPr>
        <w:t xml:space="preserve">　　</w:t>
      </w:r>
      <w:proofErr w:type="gramStart"/>
      <w:r w:rsidRPr="006D4F65">
        <w:rPr>
          <w:bCs/>
          <w:sz w:val="21"/>
          <w:szCs w:val="21"/>
        </w:rPr>
        <w:t>月　　日</w:t>
      </w:r>
      <w:proofErr w:type="gramEnd"/>
    </w:p>
    <w:tbl>
      <w:tblPr>
        <w:tblW w:w="0" w:type="auto"/>
        <w:jc w:val="right"/>
        <w:tblLook w:val="04A0" w:firstRow="1" w:lastRow="0" w:firstColumn="1" w:lastColumn="0" w:noHBand="0" w:noVBand="1"/>
      </w:tblPr>
      <w:tblGrid>
        <w:gridCol w:w="4847"/>
        <w:gridCol w:w="4847"/>
      </w:tblGrid>
      <w:tr w:rsidR="00503E2F" w:rsidRPr="006D4F65" w14:paraId="6DF384DC" w14:textId="77777777">
        <w:trPr>
          <w:jc w:val="right"/>
        </w:trPr>
        <w:tc>
          <w:tcPr>
            <w:tcW w:w="4847" w:type="dxa"/>
            <w:vAlign w:val="center"/>
          </w:tcPr>
          <w:p w14:paraId="3A8BFCEF" w14:textId="60565B6F" w:rsidR="00503E2F" w:rsidRPr="006D4F65" w:rsidRDefault="006D4F65">
            <w:pPr>
              <w:spacing w:line="240" w:lineRule="auto"/>
              <w:rPr>
                <w:bCs/>
                <w:sz w:val="21"/>
                <w:szCs w:val="21"/>
              </w:rPr>
            </w:pPr>
            <w:r w:rsidRPr="006D4F65">
              <w:rPr>
                <w:rFonts w:hint="eastAsia"/>
                <w:bCs/>
                <w:sz w:val="21"/>
                <w:szCs w:val="21"/>
                <w:lang w:eastAsia="ja-JP"/>
              </w:rPr>
              <w:t xml:space="preserve">　　　　　　　　　　　　　　　　　　　　</w:t>
            </w:r>
            <w:r w:rsidRPr="006D4F65">
              <w:rPr>
                <w:bCs/>
                <w:sz w:val="21"/>
                <w:szCs w:val="21"/>
              </w:rPr>
              <w:t>甲</w:t>
            </w:r>
          </w:p>
        </w:tc>
        <w:tc>
          <w:tcPr>
            <w:tcW w:w="4847" w:type="dxa"/>
            <w:vAlign w:val="center"/>
          </w:tcPr>
          <w:p w14:paraId="23AADEB9" w14:textId="77777777" w:rsidR="00430248" w:rsidRDefault="00430248">
            <w:pPr>
              <w:spacing w:line="240" w:lineRule="auto"/>
              <w:rPr>
                <w:bCs/>
                <w:sz w:val="21"/>
                <w:szCs w:val="21"/>
                <w:lang w:eastAsia="ja-JP"/>
              </w:rPr>
            </w:pPr>
          </w:p>
          <w:p w14:paraId="27732B5A" w14:textId="2AFC147E" w:rsidR="00503E2F" w:rsidRPr="006D4F65" w:rsidRDefault="00E21872">
            <w:pPr>
              <w:spacing w:line="240" w:lineRule="auto"/>
              <w:rPr>
                <w:bCs/>
                <w:sz w:val="21"/>
                <w:szCs w:val="21"/>
                <w:lang w:eastAsia="ja-JP"/>
              </w:rPr>
            </w:pPr>
            <w:r w:rsidRPr="006D4F65">
              <w:rPr>
                <w:bCs/>
                <w:sz w:val="21"/>
                <w:szCs w:val="21"/>
              </w:rPr>
              <w:t>熊本県玉名郡長洲町大字長洲</w:t>
            </w:r>
            <w:r w:rsidRPr="006D4F65">
              <w:rPr>
                <w:bCs/>
                <w:sz w:val="21"/>
                <w:szCs w:val="21"/>
              </w:rPr>
              <w:t>2766</w:t>
            </w:r>
            <w:r w:rsidRPr="006D4F65">
              <w:rPr>
                <w:bCs/>
                <w:sz w:val="21"/>
                <w:szCs w:val="21"/>
              </w:rPr>
              <w:t>番地</w:t>
            </w:r>
          </w:p>
          <w:p w14:paraId="550BCE3B" w14:textId="77777777" w:rsidR="006D4F65" w:rsidRPr="006D4F65" w:rsidRDefault="006D4F65">
            <w:pPr>
              <w:spacing w:line="240" w:lineRule="auto"/>
              <w:rPr>
                <w:bCs/>
                <w:sz w:val="21"/>
                <w:szCs w:val="21"/>
                <w:lang w:eastAsia="ja-JP"/>
              </w:rPr>
            </w:pPr>
          </w:p>
          <w:p w14:paraId="0D13DB4E" w14:textId="77777777" w:rsidR="00503E2F" w:rsidRPr="006D4F65" w:rsidRDefault="00E21872">
            <w:pPr>
              <w:spacing w:line="240" w:lineRule="auto"/>
              <w:rPr>
                <w:bCs/>
                <w:sz w:val="21"/>
                <w:szCs w:val="21"/>
                <w:lang w:eastAsia="ja-JP"/>
              </w:rPr>
            </w:pPr>
            <w:proofErr w:type="spellStart"/>
            <w:r w:rsidRPr="006D4F65">
              <w:rPr>
                <w:bCs/>
                <w:sz w:val="21"/>
                <w:szCs w:val="21"/>
              </w:rPr>
              <w:t>長洲町長</w:t>
            </w:r>
            <w:proofErr w:type="spellEnd"/>
            <w:r w:rsidRPr="006D4F65">
              <w:rPr>
                <w:bCs/>
                <w:sz w:val="21"/>
                <w:szCs w:val="21"/>
              </w:rPr>
              <w:t xml:space="preserve">　田成　修一　　　　　　　　　印</w:t>
            </w:r>
          </w:p>
          <w:p w14:paraId="0852DCF6" w14:textId="77777777" w:rsidR="006D4F65" w:rsidRPr="006D4F65" w:rsidRDefault="006D4F65">
            <w:pPr>
              <w:spacing w:line="240" w:lineRule="auto"/>
              <w:rPr>
                <w:bCs/>
                <w:sz w:val="21"/>
                <w:szCs w:val="21"/>
                <w:lang w:eastAsia="ja-JP"/>
              </w:rPr>
            </w:pPr>
          </w:p>
        </w:tc>
      </w:tr>
      <w:tr w:rsidR="00503E2F" w:rsidRPr="006D4F65" w14:paraId="55D8916A" w14:textId="77777777">
        <w:trPr>
          <w:jc w:val="right"/>
        </w:trPr>
        <w:tc>
          <w:tcPr>
            <w:tcW w:w="4847" w:type="dxa"/>
            <w:vAlign w:val="center"/>
          </w:tcPr>
          <w:p w14:paraId="323CCE4E" w14:textId="7A54F033" w:rsidR="00503E2F" w:rsidRPr="006D4F65" w:rsidRDefault="006D4F65">
            <w:pPr>
              <w:spacing w:line="240" w:lineRule="auto"/>
              <w:rPr>
                <w:bCs/>
                <w:sz w:val="21"/>
                <w:szCs w:val="21"/>
              </w:rPr>
            </w:pPr>
            <w:r w:rsidRPr="006D4F65">
              <w:rPr>
                <w:rFonts w:hint="eastAsia"/>
                <w:bCs/>
                <w:sz w:val="21"/>
                <w:szCs w:val="21"/>
                <w:lang w:eastAsia="ja-JP"/>
              </w:rPr>
              <w:t xml:space="preserve">　　　　　　　　　　　　　　　　　　　　</w:t>
            </w:r>
            <w:r w:rsidRPr="006D4F65">
              <w:rPr>
                <w:bCs/>
                <w:sz w:val="21"/>
                <w:szCs w:val="21"/>
              </w:rPr>
              <w:t>乙</w:t>
            </w:r>
          </w:p>
        </w:tc>
        <w:tc>
          <w:tcPr>
            <w:tcW w:w="4847" w:type="dxa"/>
            <w:vAlign w:val="center"/>
          </w:tcPr>
          <w:p w14:paraId="42319224" w14:textId="77777777" w:rsidR="00430248" w:rsidRDefault="00430248">
            <w:pPr>
              <w:spacing w:line="240" w:lineRule="auto"/>
              <w:rPr>
                <w:bCs/>
                <w:sz w:val="21"/>
                <w:szCs w:val="21"/>
                <w:lang w:eastAsia="ja-JP"/>
              </w:rPr>
            </w:pPr>
          </w:p>
          <w:p w14:paraId="61C34CD7" w14:textId="6D2F147B" w:rsidR="00503E2F" w:rsidRPr="006D4F65" w:rsidRDefault="00E21872">
            <w:pPr>
              <w:spacing w:line="240" w:lineRule="auto"/>
              <w:rPr>
                <w:bCs/>
                <w:sz w:val="21"/>
                <w:szCs w:val="21"/>
              </w:rPr>
            </w:pPr>
            <w:proofErr w:type="spellStart"/>
            <w:r w:rsidRPr="006D4F65">
              <w:rPr>
                <w:bCs/>
                <w:sz w:val="21"/>
                <w:szCs w:val="21"/>
              </w:rPr>
              <w:t>住所</w:t>
            </w:r>
            <w:proofErr w:type="spellEnd"/>
          </w:p>
          <w:p w14:paraId="6453437B" w14:textId="77777777" w:rsidR="006D4F65" w:rsidRPr="006D4F65" w:rsidRDefault="006D4F65">
            <w:pPr>
              <w:spacing w:line="240" w:lineRule="auto"/>
              <w:rPr>
                <w:bCs/>
                <w:sz w:val="21"/>
                <w:szCs w:val="21"/>
                <w:lang w:eastAsia="ja-JP"/>
              </w:rPr>
            </w:pPr>
          </w:p>
          <w:p w14:paraId="1C67D163" w14:textId="4DD0F4FC" w:rsidR="00503E2F" w:rsidRPr="006D4F65" w:rsidRDefault="00E21872">
            <w:pPr>
              <w:spacing w:line="240" w:lineRule="auto"/>
              <w:rPr>
                <w:bCs/>
                <w:sz w:val="21"/>
                <w:szCs w:val="21"/>
              </w:rPr>
            </w:pPr>
            <w:proofErr w:type="spellStart"/>
            <w:r w:rsidRPr="006D4F65">
              <w:rPr>
                <w:bCs/>
                <w:sz w:val="21"/>
                <w:szCs w:val="21"/>
              </w:rPr>
              <w:t>氏名</w:t>
            </w:r>
            <w:proofErr w:type="spellEnd"/>
            <w:r w:rsidRPr="006D4F65">
              <w:rPr>
                <w:bCs/>
                <w:sz w:val="21"/>
                <w:szCs w:val="21"/>
              </w:rPr>
              <w:t xml:space="preserve">　　　　　　　　　　　　　　　　　印</w:t>
            </w:r>
          </w:p>
        </w:tc>
      </w:tr>
    </w:tbl>
    <w:p w14:paraId="704F702A" w14:textId="77777777" w:rsidR="00903596" w:rsidRDefault="00903596"/>
    <w:sectPr w:rsidR="00903596" w:rsidSect="00034616">
      <w:footerReference w:type="default" r:id="rId8"/>
      <w:pgSz w:w="11906" w:h="16838"/>
      <w:pgMar w:top="850" w:right="1077" w:bottom="79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3C513" w14:textId="77777777" w:rsidR="00E21872" w:rsidRDefault="00E21872">
      <w:pPr>
        <w:spacing w:line="240" w:lineRule="auto"/>
      </w:pPr>
      <w:r>
        <w:separator/>
      </w:r>
    </w:p>
  </w:endnote>
  <w:endnote w:type="continuationSeparator" w:id="0">
    <w:p w14:paraId="7D49CB3F" w14:textId="77777777" w:rsidR="00E21872" w:rsidRDefault="00E218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6492" w14:textId="77777777" w:rsidR="00503E2F" w:rsidRDefault="00E21872">
    <w:pPr>
      <w:pStyle w:val="a7"/>
      <w:jc w:val="center"/>
    </w:pPr>
    <w:r>
      <w:fldChar w:fldCharType="begin"/>
    </w:r>
    <w:r>
      <w:instrText>PAGE</w:instrText>
    </w:r>
    <w:r>
      <w:fldChar w:fldCharType="separate"/>
    </w:r>
    <w:r w:rsidR="006D4F6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D497" w14:textId="77777777" w:rsidR="00E21872" w:rsidRDefault="00E21872">
      <w:pPr>
        <w:spacing w:line="240" w:lineRule="auto"/>
      </w:pPr>
      <w:r>
        <w:separator/>
      </w:r>
    </w:p>
  </w:footnote>
  <w:footnote w:type="continuationSeparator" w:id="0">
    <w:p w14:paraId="7702ED33" w14:textId="77777777" w:rsidR="00E21872" w:rsidRDefault="00E218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56467335">
    <w:abstractNumId w:val="8"/>
  </w:num>
  <w:num w:numId="2" w16cid:durableId="1261140292">
    <w:abstractNumId w:val="6"/>
  </w:num>
  <w:num w:numId="3" w16cid:durableId="861208988">
    <w:abstractNumId w:val="5"/>
  </w:num>
  <w:num w:numId="4" w16cid:durableId="1933777113">
    <w:abstractNumId w:val="4"/>
  </w:num>
  <w:num w:numId="5" w16cid:durableId="218178004">
    <w:abstractNumId w:val="7"/>
  </w:num>
  <w:num w:numId="6" w16cid:durableId="1922329155">
    <w:abstractNumId w:val="3"/>
  </w:num>
  <w:num w:numId="7" w16cid:durableId="537940016">
    <w:abstractNumId w:val="2"/>
  </w:num>
  <w:num w:numId="8" w16cid:durableId="586380703">
    <w:abstractNumId w:val="1"/>
  </w:num>
  <w:num w:numId="9" w16cid:durableId="234434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278A"/>
    <w:rsid w:val="00326F90"/>
    <w:rsid w:val="00430248"/>
    <w:rsid w:val="00503E2F"/>
    <w:rsid w:val="006D4F65"/>
    <w:rsid w:val="00903596"/>
    <w:rsid w:val="00975374"/>
    <w:rsid w:val="00AA1D8D"/>
    <w:rsid w:val="00B47730"/>
    <w:rsid w:val="00CB0664"/>
    <w:rsid w:val="00E218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55F8410"/>
  <w14:defaultImageDpi w14:val="300"/>
  <w15:docId w15:val="{2C4832D6-B42A-4770-9860-D8449D48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69" w:lineRule="auto"/>
    </w:pPr>
    <w:rPr>
      <w:rFonts w:ascii="ＭＳ 明朝" w:eastAsia="ＭＳ 明朝" w:hAnsi="ＭＳ 明朝"/>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lastModifiedBy>
  <cp:revision>3</cp:revision>
  <dcterms:created xsi:type="dcterms:W3CDTF">2013-12-23T23:15:00Z</dcterms:created>
  <dcterms:modified xsi:type="dcterms:W3CDTF">2026-09-08T09:52:00Z</dcterms:modified>
  <cp:category/>
</cp:coreProperties>
</file>