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8D021" w14:textId="77777777" w:rsidR="00067AA4" w:rsidRDefault="00617F92">
      <w:r>
        <w:rPr>
          <w:sz w:val="18"/>
        </w:rPr>
        <w:t>様式第1号</w:t>
      </w:r>
    </w:p>
    <w:p w14:paraId="6955603F" w14:textId="77777777" w:rsidR="00067AA4" w:rsidRPr="0095741C" w:rsidRDefault="00617F92">
      <w:pPr>
        <w:spacing w:after="160"/>
        <w:jc w:val="center"/>
        <w:rPr>
          <w:bCs/>
        </w:rPr>
      </w:pPr>
      <w:proofErr w:type="spellStart"/>
      <w:r w:rsidRPr="0095741C">
        <w:rPr>
          <w:bCs/>
          <w:sz w:val="32"/>
        </w:rPr>
        <w:t>入札参加申込書</w:t>
      </w:r>
      <w:proofErr w:type="spellEnd"/>
    </w:p>
    <w:p w14:paraId="0B5A3E10" w14:textId="77777777" w:rsidR="00067AA4" w:rsidRPr="0095741C" w:rsidRDefault="00617F92">
      <w:pPr>
        <w:spacing w:after="120"/>
        <w:jc w:val="right"/>
        <w:rPr>
          <w:bCs/>
        </w:rPr>
      </w:pPr>
      <w:proofErr w:type="spellStart"/>
      <w:proofErr w:type="gramStart"/>
      <w:r w:rsidRPr="0095741C">
        <w:rPr>
          <w:bCs/>
        </w:rPr>
        <w:t>令和</w:t>
      </w:r>
      <w:proofErr w:type="spellEnd"/>
      <w:r w:rsidRPr="0095741C">
        <w:rPr>
          <w:bCs/>
        </w:rPr>
        <w:t xml:space="preserve">　　年</w:t>
      </w:r>
      <w:proofErr w:type="gramEnd"/>
      <w:r w:rsidRPr="0095741C">
        <w:rPr>
          <w:bCs/>
        </w:rPr>
        <w:t xml:space="preserve">　　</w:t>
      </w:r>
      <w:proofErr w:type="gramStart"/>
      <w:r w:rsidRPr="0095741C">
        <w:rPr>
          <w:bCs/>
        </w:rPr>
        <w:t>月　　日</w:t>
      </w:r>
      <w:proofErr w:type="gramEnd"/>
    </w:p>
    <w:p w14:paraId="200B91E1" w14:textId="77777777" w:rsidR="00067AA4" w:rsidRPr="0095741C" w:rsidRDefault="00617F92" w:rsidP="003E316B">
      <w:pPr>
        <w:spacing w:after="120"/>
        <w:ind w:firstLineChars="200" w:firstLine="420"/>
        <w:rPr>
          <w:bCs/>
        </w:rPr>
      </w:pPr>
      <w:proofErr w:type="spellStart"/>
      <w:r w:rsidRPr="0095741C">
        <w:rPr>
          <w:bCs/>
        </w:rPr>
        <w:t>長洲町長</w:t>
      </w:r>
      <w:proofErr w:type="spellEnd"/>
      <w:r w:rsidRPr="0095741C">
        <w:rPr>
          <w:bCs/>
        </w:rPr>
        <w:t xml:space="preserve">　</w:t>
      </w:r>
      <w:proofErr w:type="spellStart"/>
      <w:r w:rsidRPr="0095741C">
        <w:rPr>
          <w:bCs/>
        </w:rPr>
        <w:t>田成</w:t>
      </w:r>
      <w:proofErr w:type="spellEnd"/>
      <w:r w:rsidRPr="0095741C">
        <w:rPr>
          <w:bCs/>
        </w:rPr>
        <w:t xml:space="preserve">　</w:t>
      </w:r>
      <w:proofErr w:type="spellStart"/>
      <w:r w:rsidRPr="0095741C">
        <w:rPr>
          <w:bCs/>
        </w:rPr>
        <w:t>修一</w:t>
      </w:r>
      <w:proofErr w:type="spellEnd"/>
      <w:r w:rsidRPr="0095741C">
        <w:rPr>
          <w:bCs/>
        </w:rPr>
        <w:t xml:space="preserve">　様</w:t>
      </w:r>
    </w:p>
    <w:tbl>
      <w:tblPr>
        <w:tblW w:w="0" w:type="auto"/>
        <w:jc w:val="right"/>
        <w:tblLayout w:type="fixed"/>
        <w:tblLook w:val="04A0" w:firstRow="1" w:lastRow="0" w:firstColumn="1" w:lastColumn="0" w:noHBand="0" w:noVBand="1"/>
      </w:tblPr>
      <w:tblGrid>
        <w:gridCol w:w="4819"/>
        <w:gridCol w:w="4819"/>
      </w:tblGrid>
      <w:tr w:rsidR="00067AA4" w:rsidRPr="0095741C" w14:paraId="7E7B13E6" w14:textId="77777777">
        <w:trPr>
          <w:cantSplit/>
          <w:jc w:val="right"/>
        </w:trPr>
        <w:tc>
          <w:tcPr>
            <w:tcW w:w="4819" w:type="dxa"/>
            <w:vAlign w:val="center"/>
          </w:tcPr>
          <w:p w14:paraId="76E822B3" w14:textId="77777777" w:rsidR="00067AA4" w:rsidRPr="0095741C" w:rsidRDefault="00617F92">
            <w:pPr>
              <w:spacing w:line="240" w:lineRule="auto"/>
              <w:rPr>
                <w:bCs/>
                <w:szCs w:val="21"/>
              </w:rPr>
            </w:pPr>
            <w:proofErr w:type="spellStart"/>
            <w:r w:rsidRPr="0095741C">
              <w:rPr>
                <w:bCs/>
                <w:szCs w:val="21"/>
              </w:rPr>
              <w:t>申込人住所</w:t>
            </w:r>
            <w:proofErr w:type="spellEnd"/>
          </w:p>
        </w:tc>
        <w:tc>
          <w:tcPr>
            <w:tcW w:w="4819" w:type="dxa"/>
            <w:vAlign w:val="center"/>
          </w:tcPr>
          <w:p w14:paraId="4288358C" w14:textId="77777777" w:rsidR="00067AA4" w:rsidRPr="0095741C" w:rsidRDefault="00067AA4">
            <w:pPr>
              <w:spacing w:line="240" w:lineRule="auto"/>
              <w:rPr>
                <w:bCs/>
                <w:szCs w:val="21"/>
              </w:rPr>
            </w:pPr>
          </w:p>
        </w:tc>
      </w:tr>
      <w:tr w:rsidR="00067AA4" w:rsidRPr="0095741C" w14:paraId="7DE4ADC2" w14:textId="77777777">
        <w:trPr>
          <w:cantSplit/>
          <w:jc w:val="right"/>
        </w:trPr>
        <w:tc>
          <w:tcPr>
            <w:tcW w:w="4819" w:type="dxa"/>
            <w:vAlign w:val="center"/>
          </w:tcPr>
          <w:p w14:paraId="52B748CD" w14:textId="77777777" w:rsidR="00067AA4" w:rsidRPr="0095741C" w:rsidRDefault="00617F92">
            <w:pPr>
              <w:spacing w:line="240" w:lineRule="auto"/>
              <w:rPr>
                <w:bCs/>
                <w:szCs w:val="21"/>
                <w:lang w:eastAsia="ja-JP"/>
              </w:rPr>
            </w:pPr>
            <w:r w:rsidRPr="0095741C">
              <w:rPr>
                <w:bCs/>
                <w:szCs w:val="21"/>
                <w:lang w:eastAsia="ja-JP"/>
              </w:rPr>
              <w:t>氏名又は</w:t>
            </w:r>
          </w:p>
          <w:p w14:paraId="5C70D030" w14:textId="77777777" w:rsidR="00067AA4" w:rsidRPr="0095741C" w:rsidRDefault="00617F92">
            <w:pPr>
              <w:spacing w:line="240" w:lineRule="auto"/>
              <w:rPr>
                <w:bCs/>
                <w:szCs w:val="21"/>
                <w:lang w:eastAsia="ja-JP"/>
              </w:rPr>
            </w:pPr>
            <w:r w:rsidRPr="0095741C">
              <w:rPr>
                <w:bCs/>
                <w:szCs w:val="21"/>
                <w:lang w:eastAsia="ja-JP"/>
              </w:rPr>
              <w:t>法人名・代表者名</w:t>
            </w:r>
            <w:r w:rsidR="00283DEB" w:rsidRPr="0095741C">
              <w:rPr>
                <w:rFonts w:hint="eastAsia"/>
                <w:bCs/>
                <w:szCs w:val="21"/>
                <w:lang w:eastAsia="ja-JP"/>
              </w:rPr>
              <w:t xml:space="preserve">　　　　　　　　　　　　</w:t>
            </w:r>
          </w:p>
        </w:tc>
        <w:tc>
          <w:tcPr>
            <w:tcW w:w="4819" w:type="dxa"/>
            <w:vAlign w:val="center"/>
          </w:tcPr>
          <w:p w14:paraId="6EEFBAF8" w14:textId="77777777" w:rsidR="00067AA4" w:rsidRPr="0095741C" w:rsidRDefault="00283DEB">
            <w:pPr>
              <w:spacing w:line="240" w:lineRule="auto"/>
              <w:rPr>
                <w:bCs/>
                <w:szCs w:val="21"/>
                <w:lang w:eastAsia="ja-JP"/>
              </w:rPr>
            </w:pPr>
            <w:r w:rsidRPr="0095741C">
              <w:rPr>
                <w:bCs/>
                <w:szCs w:val="21"/>
              </w:rPr>
              <w:t>印</w:t>
            </w:r>
          </w:p>
        </w:tc>
      </w:tr>
      <w:tr w:rsidR="00067AA4" w:rsidRPr="0095741C" w14:paraId="2FD8CB83" w14:textId="77777777">
        <w:trPr>
          <w:cantSplit/>
          <w:jc w:val="right"/>
        </w:trPr>
        <w:tc>
          <w:tcPr>
            <w:tcW w:w="4819" w:type="dxa"/>
            <w:vAlign w:val="center"/>
          </w:tcPr>
          <w:p w14:paraId="48EADA72" w14:textId="77777777" w:rsidR="00067AA4" w:rsidRPr="0095741C" w:rsidRDefault="00617F92">
            <w:pPr>
              <w:spacing w:line="240" w:lineRule="auto"/>
              <w:rPr>
                <w:bCs/>
                <w:szCs w:val="21"/>
              </w:rPr>
            </w:pPr>
            <w:proofErr w:type="spellStart"/>
            <w:r w:rsidRPr="0095741C">
              <w:rPr>
                <w:bCs/>
                <w:szCs w:val="21"/>
              </w:rPr>
              <w:t>電話番号</w:t>
            </w:r>
            <w:proofErr w:type="spellEnd"/>
          </w:p>
        </w:tc>
        <w:tc>
          <w:tcPr>
            <w:tcW w:w="4819" w:type="dxa"/>
            <w:vAlign w:val="center"/>
          </w:tcPr>
          <w:p w14:paraId="74CB21B3" w14:textId="77777777" w:rsidR="00067AA4" w:rsidRPr="0095741C" w:rsidRDefault="00067AA4">
            <w:pPr>
              <w:spacing w:line="240" w:lineRule="auto"/>
              <w:rPr>
                <w:bCs/>
                <w:szCs w:val="21"/>
              </w:rPr>
            </w:pPr>
          </w:p>
        </w:tc>
      </w:tr>
      <w:tr w:rsidR="00067AA4" w:rsidRPr="0095741C" w14:paraId="3CF0A7FB" w14:textId="77777777">
        <w:trPr>
          <w:cantSplit/>
          <w:jc w:val="right"/>
        </w:trPr>
        <w:tc>
          <w:tcPr>
            <w:tcW w:w="4819" w:type="dxa"/>
            <w:vAlign w:val="center"/>
          </w:tcPr>
          <w:p w14:paraId="2B042141" w14:textId="77777777" w:rsidR="00067AA4" w:rsidRPr="0095741C" w:rsidRDefault="00617F92">
            <w:pPr>
              <w:spacing w:line="240" w:lineRule="auto"/>
              <w:rPr>
                <w:bCs/>
                <w:szCs w:val="21"/>
              </w:rPr>
            </w:pPr>
            <w:r w:rsidRPr="0095741C">
              <w:rPr>
                <w:bCs/>
                <w:szCs w:val="21"/>
              </w:rPr>
              <w:t>E-mail</w:t>
            </w:r>
          </w:p>
        </w:tc>
        <w:tc>
          <w:tcPr>
            <w:tcW w:w="4819" w:type="dxa"/>
            <w:vAlign w:val="center"/>
          </w:tcPr>
          <w:p w14:paraId="587C8B16" w14:textId="77777777" w:rsidR="00067AA4" w:rsidRPr="0095741C" w:rsidRDefault="00067AA4">
            <w:pPr>
              <w:spacing w:line="240" w:lineRule="auto"/>
              <w:rPr>
                <w:bCs/>
                <w:szCs w:val="21"/>
              </w:rPr>
            </w:pPr>
          </w:p>
        </w:tc>
      </w:tr>
    </w:tbl>
    <w:p w14:paraId="69BB0459" w14:textId="44083618" w:rsidR="00067AA4" w:rsidRPr="0095741C" w:rsidRDefault="00617F92" w:rsidP="008D34FA">
      <w:pPr>
        <w:spacing w:after="120"/>
        <w:rPr>
          <w:bCs/>
          <w:szCs w:val="21"/>
          <w:lang w:eastAsia="ja-JP"/>
        </w:rPr>
      </w:pPr>
      <w:r w:rsidRPr="0095741C">
        <w:rPr>
          <w:bCs/>
          <w:szCs w:val="21"/>
          <w:lang w:eastAsia="ja-JP"/>
        </w:rPr>
        <w:t xml:space="preserve">　下記の町有財産の一般競争入札に参加したいので、入札参加を申し込みます。</w:t>
      </w:r>
    </w:p>
    <w:tbl>
      <w:tblPr>
        <w:tblStyle w:val="afe"/>
        <w:tblW w:w="0" w:type="auto"/>
        <w:jc w:val="center"/>
        <w:tblLook w:val="04A0" w:firstRow="1" w:lastRow="0" w:firstColumn="1" w:lastColumn="0" w:noHBand="0" w:noVBand="1"/>
      </w:tblPr>
      <w:tblGrid>
        <w:gridCol w:w="3685"/>
        <w:gridCol w:w="1843"/>
        <w:gridCol w:w="1984"/>
        <w:gridCol w:w="2124"/>
      </w:tblGrid>
      <w:tr w:rsidR="00067AA4" w:rsidRPr="0095741C" w14:paraId="2D271CCC" w14:textId="77777777" w:rsidTr="00647349">
        <w:trPr>
          <w:cantSplit/>
          <w:jc w:val="center"/>
        </w:trPr>
        <w:tc>
          <w:tcPr>
            <w:tcW w:w="3685" w:type="dxa"/>
            <w:vAlign w:val="center"/>
          </w:tcPr>
          <w:p w14:paraId="46A2C8F6" w14:textId="77777777" w:rsidR="00067AA4" w:rsidRPr="0095741C" w:rsidRDefault="00617F92">
            <w:pPr>
              <w:spacing w:line="240" w:lineRule="auto"/>
              <w:jc w:val="center"/>
              <w:rPr>
                <w:bCs/>
                <w:szCs w:val="21"/>
              </w:rPr>
            </w:pPr>
            <w:proofErr w:type="spellStart"/>
            <w:r w:rsidRPr="0095741C">
              <w:rPr>
                <w:bCs/>
                <w:szCs w:val="21"/>
              </w:rPr>
              <w:t>所在地</w:t>
            </w:r>
            <w:proofErr w:type="spellEnd"/>
          </w:p>
        </w:tc>
        <w:tc>
          <w:tcPr>
            <w:tcW w:w="1843" w:type="dxa"/>
            <w:vAlign w:val="center"/>
          </w:tcPr>
          <w:p w14:paraId="6E045E28" w14:textId="77777777" w:rsidR="00067AA4" w:rsidRPr="0095741C" w:rsidRDefault="00617F92">
            <w:pPr>
              <w:spacing w:line="240" w:lineRule="auto"/>
              <w:jc w:val="center"/>
              <w:rPr>
                <w:bCs/>
                <w:szCs w:val="21"/>
              </w:rPr>
            </w:pPr>
            <w:proofErr w:type="spellStart"/>
            <w:r w:rsidRPr="0095741C">
              <w:rPr>
                <w:bCs/>
                <w:szCs w:val="21"/>
              </w:rPr>
              <w:t>区分</w:t>
            </w:r>
            <w:proofErr w:type="spellEnd"/>
          </w:p>
        </w:tc>
        <w:tc>
          <w:tcPr>
            <w:tcW w:w="1984" w:type="dxa"/>
            <w:vAlign w:val="center"/>
          </w:tcPr>
          <w:p w14:paraId="389D07BD" w14:textId="77777777" w:rsidR="00067AA4" w:rsidRPr="0095741C" w:rsidRDefault="00617F92">
            <w:pPr>
              <w:spacing w:line="240" w:lineRule="auto"/>
              <w:jc w:val="center"/>
              <w:rPr>
                <w:bCs/>
                <w:szCs w:val="21"/>
              </w:rPr>
            </w:pPr>
            <w:proofErr w:type="spellStart"/>
            <w:r w:rsidRPr="0095741C">
              <w:rPr>
                <w:bCs/>
                <w:szCs w:val="21"/>
              </w:rPr>
              <w:t>地目</w:t>
            </w:r>
            <w:proofErr w:type="spellEnd"/>
          </w:p>
        </w:tc>
        <w:tc>
          <w:tcPr>
            <w:tcW w:w="2124" w:type="dxa"/>
            <w:vAlign w:val="center"/>
          </w:tcPr>
          <w:p w14:paraId="7B3EA404" w14:textId="77777777" w:rsidR="00067AA4" w:rsidRPr="0095741C" w:rsidRDefault="00617F92">
            <w:pPr>
              <w:spacing w:line="240" w:lineRule="auto"/>
              <w:jc w:val="center"/>
              <w:rPr>
                <w:bCs/>
                <w:szCs w:val="21"/>
              </w:rPr>
            </w:pPr>
            <w:proofErr w:type="spellStart"/>
            <w:r w:rsidRPr="0095741C">
              <w:rPr>
                <w:bCs/>
                <w:szCs w:val="21"/>
              </w:rPr>
              <w:t>地積</w:t>
            </w:r>
            <w:proofErr w:type="spellEnd"/>
            <w:r w:rsidRPr="0095741C">
              <w:rPr>
                <w:bCs/>
                <w:szCs w:val="21"/>
              </w:rPr>
              <w:t>（㎡）</w:t>
            </w:r>
          </w:p>
        </w:tc>
      </w:tr>
      <w:tr w:rsidR="00067AA4" w:rsidRPr="0095741C" w14:paraId="0BB97A54" w14:textId="77777777" w:rsidTr="003E316B">
        <w:trPr>
          <w:cantSplit/>
          <w:jc w:val="center"/>
        </w:trPr>
        <w:tc>
          <w:tcPr>
            <w:tcW w:w="3685" w:type="dxa"/>
            <w:vAlign w:val="center"/>
          </w:tcPr>
          <w:p w14:paraId="508894F3" w14:textId="77777777" w:rsidR="00067AA4" w:rsidRPr="0095741C" w:rsidRDefault="00617F92">
            <w:pPr>
              <w:spacing w:line="240" w:lineRule="auto"/>
              <w:rPr>
                <w:bCs/>
                <w:szCs w:val="21"/>
              </w:rPr>
            </w:pPr>
            <w:r w:rsidRPr="0095741C">
              <w:rPr>
                <w:bCs/>
                <w:szCs w:val="21"/>
              </w:rPr>
              <w:t>長洲町大字梅田字辻居屋敷459番1</w:t>
            </w:r>
          </w:p>
        </w:tc>
        <w:tc>
          <w:tcPr>
            <w:tcW w:w="1843" w:type="dxa"/>
            <w:vAlign w:val="center"/>
          </w:tcPr>
          <w:p w14:paraId="22C71C20" w14:textId="77777777" w:rsidR="00067AA4" w:rsidRPr="0095741C" w:rsidRDefault="00617F92">
            <w:pPr>
              <w:spacing w:line="240" w:lineRule="auto"/>
              <w:jc w:val="center"/>
              <w:rPr>
                <w:bCs/>
                <w:szCs w:val="21"/>
              </w:rPr>
            </w:pPr>
            <w:proofErr w:type="spellStart"/>
            <w:r w:rsidRPr="0095741C">
              <w:rPr>
                <w:bCs/>
                <w:szCs w:val="21"/>
              </w:rPr>
              <w:t>土地</w:t>
            </w:r>
            <w:proofErr w:type="spellEnd"/>
          </w:p>
        </w:tc>
        <w:tc>
          <w:tcPr>
            <w:tcW w:w="1984" w:type="dxa"/>
            <w:vAlign w:val="center"/>
          </w:tcPr>
          <w:p w14:paraId="4B8EB60A" w14:textId="77777777" w:rsidR="00067AA4" w:rsidRPr="0095741C" w:rsidRDefault="00617F92">
            <w:pPr>
              <w:spacing w:line="240" w:lineRule="auto"/>
              <w:jc w:val="center"/>
              <w:rPr>
                <w:bCs/>
                <w:szCs w:val="21"/>
              </w:rPr>
            </w:pPr>
            <w:proofErr w:type="spellStart"/>
            <w:r w:rsidRPr="0095741C">
              <w:rPr>
                <w:bCs/>
                <w:szCs w:val="21"/>
              </w:rPr>
              <w:t>宅地</w:t>
            </w:r>
            <w:proofErr w:type="spellEnd"/>
          </w:p>
        </w:tc>
        <w:tc>
          <w:tcPr>
            <w:tcW w:w="2124" w:type="dxa"/>
            <w:vAlign w:val="center"/>
          </w:tcPr>
          <w:p w14:paraId="3CEA833C" w14:textId="77777777" w:rsidR="00067AA4" w:rsidRPr="0095741C" w:rsidRDefault="00617F92">
            <w:pPr>
              <w:spacing w:line="240" w:lineRule="auto"/>
              <w:jc w:val="center"/>
              <w:rPr>
                <w:bCs/>
                <w:szCs w:val="21"/>
              </w:rPr>
            </w:pPr>
            <w:r w:rsidRPr="0095741C">
              <w:rPr>
                <w:bCs/>
                <w:szCs w:val="21"/>
              </w:rPr>
              <w:t>243.78</w:t>
            </w:r>
          </w:p>
        </w:tc>
      </w:tr>
    </w:tbl>
    <w:p w14:paraId="5EA048CC" w14:textId="77777777" w:rsidR="00067AA4" w:rsidRPr="0095741C" w:rsidRDefault="00617F92">
      <w:pPr>
        <w:keepNext/>
        <w:spacing w:after="80"/>
        <w:rPr>
          <w:bCs/>
          <w:szCs w:val="21"/>
        </w:rPr>
      </w:pPr>
      <w:r w:rsidRPr="0095741C">
        <w:rPr>
          <w:bCs/>
          <w:szCs w:val="21"/>
        </w:rPr>
        <w:t xml:space="preserve">１　</w:t>
      </w:r>
      <w:proofErr w:type="spellStart"/>
      <w:r w:rsidRPr="0095741C">
        <w:rPr>
          <w:bCs/>
          <w:szCs w:val="21"/>
        </w:rPr>
        <w:t>申込区分</w:t>
      </w:r>
      <w:proofErr w:type="spellEnd"/>
    </w:p>
    <w:p w14:paraId="46159C6A" w14:textId="77777777" w:rsidR="00067AA4" w:rsidRPr="0095741C" w:rsidRDefault="00617F92">
      <w:pPr>
        <w:spacing w:after="40"/>
        <w:ind w:left="283"/>
        <w:rPr>
          <w:bCs/>
          <w:szCs w:val="21"/>
          <w:lang w:eastAsia="ja-JP"/>
        </w:rPr>
      </w:pPr>
      <w:r w:rsidRPr="0095741C">
        <w:rPr>
          <w:bCs/>
          <w:szCs w:val="21"/>
          <w:lang w:eastAsia="ja-JP"/>
        </w:rPr>
        <w:t>□ 単独名義による申込み　　　□ 共有名義による申込み</w:t>
      </w:r>
    </w:p>
    <w:p w14:paraId="461E7456" w14:textId="77777777" w:rsidR="00067AA4" w:rsidRPr="0095741C" w:rsidRDefault="00617F92">
      <w:pPr>
        <w:keepNext/>
        <w:spacing w:after="80"/>
        <w:rPr>
          <w:bCs/>
          <w:szCs w:val="21"/>
          <w:lang w:eastAsia="ja-JP"/>
        </w:rPr>
      </w:pPr>
      <w:r w:rsidRPr="0095741C">
        <w:rPr>
          <w:bCs/>
          <w:szCs w:val="21"/>
          <w:lang w:eastAsia="ja-JP"/>
        </w:rPr>
        <w:t>２　共有申込人</w:t>
      </w:r>
    </w:p>
    <w:p w14:paraId="1961DB50" w14:textId="77777777" w:rsidR="00067AA4" w:rsidRPr="0095741C" w:rsidRDefault="00617F92">
      <w:pPr>
        <w:spacing w:after="40"/>
        <w:ind w:left="113"/>
        <w:rPr>
          <w:bCs/>
          <w:szCs w:val="21"/>
          <w:lang w:eastAsia="ja-JP"/>
        </w:rPr>
      </w:pPr>
      <w:r w:rsidRPr="0095741C">
        <w:rPr>
          <w:bCs/>
          <w:szCs w:val="21"/>
          <w:lang w:eastAsia="ja-JP"/>
        </w:rPr>
        <w:t>※共有名義による申込みの場合のみ記入してください。共有申込人は、あらかじめ代表者を定めてください。</w:t>
      </w:r>
    </w:p>
    <w:tbl>
      <w:tblPr>
        <w:tblStyle w:val="afe"/>
        <w:tblW w:w="0" w:type="auto"/>
        <w:jc w:val="center"/>
        <w:tblLook w:val="04A0" w:firstRow="1" w:lastRow="0" w:firstColumn="1" w:lastColumn="0" w:noHBand="0" w:noVBand="1"/>
      </w:tblPr>
      <w:tblGrid>
        <w:gridCol w:w="1341"/>
        <w:gridCol w:w="2409"/>
        <w:gridCol w:w="1701"/>
        <w:gridCol w:w="842"/>
        <w:gridCol w:w="1531"/>
        <w:gridCol w:w="1376"/>
      </w:tblGrid>
      <w:tr w:rsidR="00067AA4" w:rsidRPr="0095741C" w14:paraId="77361C0C" w14:textId="77777777" w:rsidTr="00B342E3">
        <w:trPr>
          <w:cantSplit/>
          <w:jc w:val="center"/>
        </w:trPr>
        <w:tc>
          <w:tcPr>
            <w:tcW w:w="1341" w:type="dxa"/>
            <w:vAlign w:val="center"/>
          </w:tcPr>
          <w:p w14:paraId="5A275E42" w14:textId="77777777" w:rsidR="00067AA4" w:rsidRPr="0095741C" w:rsidRDefault="00617F92">
            <w:pPr>
              <w:spacing w:line="240" w:lineRule="auto"/>
              <w:jc w:val="center"/>
              <w:rPr>
                <w:bCs/>
                <w:szCs w:val="21"/>
              </w:rPr>
            </w:pPr>
            <w:proofErr w:type="spellStart"/>
            <w:r w:rsidRPr="0095741C">
              <w:rPr>
                <w:bCs/>
                <w:szCs w:val="21"/>
              </w:rPr>
              <w:t>区分</w:t>
            </w:r>
            <w:proofErr w:type="spellEnd"/>
          </w:p>
        </w:tc>
        <w:tc>
          <w:tcPr>
            <w:tcW w:w="2409" w:type="dxa"/>
            <w:vAlign w:val="center"/>
          </w:tcPr>
          <w:p w14:paraId="3357EDC8" w14:textId="77777777" w:rsidR="00067AA4" w:rsidRPr="0095741C" w:rsidRDefault="00617F92">
            <w:pPr>
              <w:spacing w:line="240" w:lineRule="auto"/>
              <w:jc w:val="center"/>
              <w:rPr>
                <w:bCs/>
                <w:szCs w:val="21"/>
              </w:rPr>
            </w:pPr>
            <w:proofErr w:type="spellStart"/>
            <w:r w:rsidRPr="0095741C">
              <w:rPr>
                <w:bCs/>
                <w:szCs w:val="21"/>
              </w:rPr>
              <w:t>住所</w:t>
            </w:r>
            <w:proofErr w:type="spellEnd"/>
          </w:p>
        </w:tc>
        <w:tc>
          <w:tcPr>
            <w:tcW w:w="1701" w:type="dxa"/>
            <w:vAlign w:val="center"/>
          </w:tcPr>
          <w:p w14:paraId="4F49E966" w14:textId="77777777" w:rsidR="00067AA4" w:rsidRPr="0095741C" w:rsidRDefault="00617F92">
            <w:pPr>
              <w:spacing w:line="240" w:lineRule="auto"/>
              <w:jc w:val="center"/>
              <w:rPr>
                <w:bCs/>
                <w:szCs w:val="21"/>
              </w:rPr>
            </w:pPr>
            <w:proofErr w:type="spellStart"/>
            <w:r w:rsidRPr="0095741C">
              <w:rPr>
                <w:bCs/>
                <w:szCs w:val="21"/>
              </w:rPr>
              <w:t>氏名</w:t>
            </w:r>
            <w:proofErr w:type="spellEnd"/>
          </w:p>
        </w:tc>
        <w:tc>
          <w:tcPr>
            <w:tcW w:w="842" w:type="dxa"/>
            <w:vAlign w:val="center"/>
          </w:tcPr>
          <w:p w14:paraId="618BBC6E" w14:textId="77777777" w:rsidR="00067AA4" w:rsidRPr="0095741C" w:rsidRDefault="00617F92">
            <w:pPr>
              <w:spacing w:line="240" w:lineRule="auto"/>
              <w:jc w:val="center"/>
              <w:rPr>
                <w:bCs/>
                <w:szCs w:val="21"/>
              </w:rPr>
            </w:pPr>
            <w:proofErr w:type="spellStart"/>
            <w:r w:rsidRPr="0095741C">
              <w:rPr>
                <w:bCs/>
                <w:szCs w:val="21"/>
              </w:rPr>
              <w:t>持分</w:t>
            </w:r>
            <w:proofErr w:type="spellEnd"/>
          </w:p>
        </w:tc>
        <w:tc>
          <w:tcPr>
            <w:tcW w:w="1531" w:type="dxa"/>
            <w:vAlign w:val="center"/>
          </w:tcPr>
          <w:p w14:paraId="48C8A1A6" w14:textId="77777777" w:rsidR="00067AA4" w:rsidRPr="0095741C" w:rsidRDefault="00617F92">
            <w:pPr>
              <w:spacing w:line="240" w:lineRule="auto"/>
              <w:jc w:val="center"/>
              <w:rPr>
                <w:bCs/>
                <w:szCs w:val="21"/>
              </w:rPr>
            </w:pPr>
            <w:proofErr w:type="spellStart"/>
            <w:r w:rsidRPr="0095741C">
              <w:rPr>
                <w:bCs/>
                <w:szCs w:val="21"/>
              </w:rPr>
              <w:t>電話番号</w:t>
            </w:r>
            <w:proofErr w:type="spellEnd"/>
          </w:p>
        </w:tc>
        <w:tc>
          <w:tcPr>
            <w:tcW w:w="1376" w:type="dxa"/>
          </w:tcPr>
          <w:p w14:paraId="53EE4767" w14:textId="77777777" w:rsidR="00D31A5B" w:rsidRDefault="00617F92">
            <w:pPr>
              <w:jc w:val="center"/>
            </w:pPr>
            <w:r>
              <w:t>印</w:t>
            </w:r>
          </w:p>
        </w:tc>
      </w:tr>
      <w:tr w:rsidR="00067AA4" w:rsidRPr="0095741C" w14:paraId="1A6BD202" w14:textId="77777777" w:rsidTr="00B342E3">
        <w:trPr>
          <w:cantSplit/>
          <w:trHeight w:val="770"/>
          <w:jc w:val="center"/>
        </w:trPr>
        <w:tc>
          <w:tcPr>
            <w:tcW w:w="1341" w:type="dxa"/>
            <w:vAlign w:val="center"/>
          </w:tcPr>
          <w:p w14:paraId="71DEEC32" w14:textId="77777777" w:rsidR="00067AA4" w:rsidRPr="0095741C" w:rsidRDefault="00617F92">
            <w:pPr>
              <w:spacing w:line="240" w:lineRule="auto"/>
              <w:jc w:val="center"/>
              <w:rPr>
                <w:bCs/>
                <w:szCs w:val="21"/>
              </w:rPr>
            </w:pPr>
            <w:proofErr w:type="spellStart"/>
            <w:r w:rsidRPr="0095741C">
              <w:rPr>
                <w:bCs/>
                <w:szCs w:val="21"/>
              </w:rPr>
              <w:t>代表申込人</w:t>
            </w:r>
            <w:proofErr w:type="spellEnd"/>
          </w:p>
        </w:tc>
        <w:tc>
          <w:tcPr>
            <w:tcW w:w="2409" w:type="dxa"/>
            <w:vAlign w:val="center"/>
          </w:tcPr>
          <w:p w14:paraId="1018337A" w14:textId="77777777" w:rsidR="00067AA4" w:rsidRPr="0095741C" w:rsidRDefault="00067AA4">
            <w:pPr>
              <w:spacing w:line="240" w:lineRule="auto"/>
              <w:rPr>
                <w:bCs/>
                <w:szCs w:val="21"/>
              </w:rPr>
            </w:pPr>
          </w:p>
        </w:tc>
        <w:tc>
          <w:tcPr>
            <w:tcW w:w="1701" w:type="dxa"/>
            <w:vAlign w:val="center"/>
          </w:tcPr>
          <w:p w14:paraId="0B7B85CC" w14:textId="77777777" w:rsidR="00067AA4" w:rsidRPr="0095741C" w:rsidRDefault="00067AA4">
            <w:pPr>
              <w:spacing w:line="240" w:lineRule="auto"/>
              <w:rPr>
                <w:bCs/>
                <w:szCs w:val="21"/>
              </w:rPr>
            </w:pPr>
          </w:p>
        </w:tc>
        <w:tc>
          <w:tcPr>
            <w:tcW w:w="842" w:type="dxa"/>
            <w:vAlign w:val="center"/>
          </w:tcPr>
          <w:p w14:paraId="1CC8989C" w14:textId="77777777" w:rsidR="00067AA4" w:rsidRPr="0095741C" w:rsidRDefault="00067AA4">
            <w:pPr>
              <w:spacing w:line="240" w:lineRule="auto"/>
              <w:rPr>
                <w:bCs/>
                <w:szCs w:val="21"/>
              </w:rPr>
            </w:pPr>
          </w:p>
        </w:tc>
        <w:tc>
          <w:tcPr>
            <w:tcW w:w="1531" w:type="dxa"/>
            <w:vAlign w:val="center"/>
          </w:tcPr>
          <w:p w14:paraId="569366AC" w14:textId="77777777" w:rsidR="00067AA4" w:rsidRPr="0095741C" w:rsidRDefault="00067AA4">
            <w:pPr>
              <w:spacing w:line="240" w:lineRule="auto"/>
              <w:rPr>
                <w:bCs/>
                <w:szCs w:val="21"/>
              </w:rPr>
            </w:pPr>
          </w:p>
        </w:tc>
        <w:tc>
          <w:tcPr>
            <w:tcW w:w="1376" w:type="dxa"/>
          </w:tcPr>
          <w:p w14:paraId="6FD6B1B1" w14:textId="77777777" w:rsidR="00D31A5B" w:rsidRDefault="00D31A5B">
            <w:pPr>
              <w:jc w:val="center"/>
            </w:pPr>
          </w:p>
        </w:tc>
      </w:tr>
      <w:tr w:rsidR="00067AA4" w:rsidRPr="0095741C" w14:paraId="526893AE" w14:textId="77777777" w:rsidTr="00B342E3">
        <w:trPr>
          <w:cantSplit/>
          <w:trHeight w:val="770"/>
          <w:jc w:val="center"/>
        </w:trPr>
        <w:tc>
          <w:tcPr>
            <w:tcW w:w="1341" w:type="dxa"/>
            <w:vAlign w:val="center"/>
          </w:tcPr>
          <w:p w14:paraId="35645033" w14:textId="77777777" w:rsidR="00067AA4" w:rsidRPr="0095741C" w:rsidRDefault="00617F92">
            <w:pPr>
              <w:spacing w:line="240" w:lineRule="auto"/>
              <w:jc w:val="center"/>
              <w:rPr>
                <w:bCs/>
                <w:szCs w:val="21"/>
              </w:rPr>
            </w:pPr>
            <w:proofErr w:type="spellStart"/>
            <w:r w:rsidRPr="0095741C">
              <w:rPr>
                <w:bCs/>
                <w:szCs w:val="21"/>
              </w:rPr>
              <w:t>共有者</w:t>
            </w:r>
            <w:proofErr w:type="spellEnd"/>
          </w:p>
        </w:tc>
        <w:tc>
          <w:tcPr>
            <w:tcW w:w="2409" w:type="dxa"/>
            <w:vAlign w:val="center"/>
          </w:tcPr>
          <w:p w14:paraId="64657437" w14:textId="77777777" w:rsidR="00067AA4" w:rsidRPr="0095741C" w:rsidRDefault="00067AA4">
            <w:pPr>
              <w:spacing w:line="240" w:lineRule="auto"/>
              <w:rPr>
                <w:bCs/>
                <w:szCs w:val="21"/>
              </w:rPr>
            </w:pPr>
          </w:p>
        </w:tc>
        <w:tc>
          <w:tcPr>
            <w:tcW w:w="1701" w:type="dxa"/>
            <w:vAlign w:val="center"/>
          </w:tcPr>
          <w:p w14:paraId="23284AF5" w14:textId="77777777" w:rsidR="00067AA4" w:rsidRPr="0095741C" w:rsidRDefault="00067AA4">
            <w:pPr>
              <w:spacing w:line="240" w:lineRule="auto"/>
              <w:rPr>
                <w:bCs/>
                <w:szCs w:val="21"/>
              </w:rPr>
            </w:pPr>
          </w:p>
        </w:tc>
        <w:tc>
          <w:tcPr>
            <w:tcW w:w="842" w:type="dxa"/>
            <w:vAlign w:val="center"/>
          </w:tcPr>
          <w:p w14:paraId="5BD05ED6" w14:textId="77777777" w:rsidR="00067AA4" w:rsidRPr="0095741C" w:rsidRDefault="00067AA4">
            <w:pPr>
              <w:spacing w:line="240" w:lineRule="auto"/>
              <w:rPr>
                <w:bCs/>
                <w:szCs w:val="21"/>
              </w:rPr>
            </w:pPr>
          </w:p>
        </w:tc>
        <w:tc>
          <w:tcPr>
            <w:tcW w:w="1531" w:type="dxa"/>
            <w:vAlign w:val="center"/>
          </w:tcPr>
          <w:p w14:paraId="63D31CAB" w14:textId="77777777" w:rsidR="00067AA4" w:rsidRPr="0095741C" w:rsidRDefault="00067AA4">
            <w:pPr>
              <w:spacing w:line="240" w:lineRule="auto"/>
              <w:rPr>
                <w:bCs/>
                <w:szCs w:val="21"/>
              </w:rPr>
            </w:pPr>
          </w:p>
        </w:tc>
        <w:tc>
          <w:tcPr>
            <w:tcW w:w="1376" w:type="dxa"/>
          </w:tcPr>
          <w:p w14:paraId="34FFBFA9" w14:textId="77777777" w:rsidR="00D31A5B" w:rsidRDefault="00D31A5B">
            <w:pPr>
              <w:jc w:val="center"/>
            </w:pPr>
          </w:p>
        </w:tc>
      </w:tr>
      <w:tr w:rsidR="00067AA4" w:rsidRPr="0095741C" w14:paraId="0620E28E" w14:textId="77777777" w:rsidTr="00B342E3">
        <w:trPr>
          <w:cantSplit/>
          <w:trHeight w:val="770"/>
          <w:jc w:val="center"/>
        </w:trPr>
        <w:tc>
          <w:tcPr>
            <w:tcW w:w="1341" w:type="dxa"/>
            <w:vAlign w:val="center"/>
          </w:tcPr>
          <w:p w14:paraId="10F65986" w14:textId="77777777" w:rsidR="00067AA4" w:rsidRPr="0095741C" w:rsidRDefault="00617F92">
            <w:pPr>
              <w:spacing w:line="240" w:lineRule="auto"/>
              <w:jc w:val="center"/>
              <w:rPr>
                <w:bCs/>
                <w:szCs w:val="21"/>
              </w:rPr>
            </w:pPr>
            <w:proofErr w:type="spellStart"/>
            <w:r w:rsidRPr="0095741C">
              <w:rPr>
                <w:bCs/>
                <w:szCs w:val="21"/>
              </w:rPr>
              <w:t>共有者</w:t>
            </w:r>
            <w:proofErr w:type="spellEnd"/>
          </w:p>
        </w:tc>
        <w:tc>
          <w:tcPr>
            <w:tcW w:w="2409" w:type="dxa"/>
            <w:vAlign w:val="center"/>
          </w:tcPr>
          <w:p w14:paraId="55D51EF4" w14:textId="77777777" w:rsidR="00067AA4" w:rsidRPr="0095741C" w:rsidRDefault="00067AA4">
            <w:pPr>
              <w:spacing w:line="240" w:lineRule="auto"/>
              <w:rPr>
                <w:bCs/>
                <w:szCs w:val="21"/>
              </w:rPr>
            </w:pPr>
          </w:p>
        </w:tc>
        <w:tc>
          <w:tcPr>
            <w:tcW w:w="1701" w:type="dxa"/>
            <w:vAlign w:val="center"/>
          </w:tcPr>
          <w:p w14:paraId="6C115619" w14:textId="77777777" w:rsidR="00067AA4" w:rsidRPr="0095741C" w:rsidRDefault="00067AA4">
            <w:pPr>
              <w:spacing w:line="240" w:lineRule="auto"/>
              <w:rPr>
                <w:bCs/>
                <w:szCs w:val="21"/>
              </w:rPr>
            </w:pPr>
          </w:p>
        </w:tc>
        <w:tc>
          <w:tcPr>
            <w:tcW w:w="842" w:type="dxa"/>
            <w:vAlign w:val="center"/>
          </w:tcPr>
          <w:p w14:paraId="7020E6A7" w14:textId="77777777" w:rsidR="00067AA4" w:rsidRPr="0095741C" w:rsidRDefault="00067AA4">
            <w:pPr>
              <w:spacing w:line="240" w:lineRule="auto"/>
              <w:rPr>
                <w:bCs/>
                <w:szCs w:val="21"/>
              </w:rPr>
            </w:pPr>
          </w:p>
        </w:tc>
        <w:tc>
          <w:tcPr>
            <w:tcW w:w="1531" w:type="dxa"/>
            <w:vAlign w:val="center"/>
          </w:tcPr>
          <w:p w14:paraId="393D9253" w14:textId="77777777" w:rsidR="00067AA4" w:rsidRPr="0095741C" w:rsidRDefault="00067AA4">
            <w:pPr>
              <w:spacing w:line="240" w:lineRule="auto"/>
              <w:rPr>
                <w:bCs/>
                <w:szCs w:val="21"/>
              </w:rPr>
            </w:pPr>
          </w:p>
        </w:tc>
        <w:tc>
          <w:tcPr>
            <w:tcW w:w="1376" w:type="dxa"/>
          </w:tcPr>
          <w:p w14:paraId="0A234529" w14:textId="77777777" w:rsidR="00D31A5B" w:rsidRDefault="00D31A5B">
            <w:pPr>
              <w:jc w:val="center"/>
            </w:pPr>
          </w:p>
        </w:tc>
      </w:tr>
      <w:tr w:rsidR="00067AA4" w:rsidRPr="0095741C" w14:paraId="3A952B32" w14:textId="77777777" w:rsidTr="00B342E3">
        <w:trPr>
          <w:cantSplit/>
          <w:trHeight w:val="770"/>
          <w:jc w:val="center"/>
        </w:trPr>
        <w:tc>
          <w:tcPr>
            <w:tcW w:w="1341" w:type="dxa"/>
            <w:vAlign w:val="center"/>
          </w:tcPr>
          <w:p w14:paraId="36A01EF4" w14:textId="77777777" w:rsidR="00067AA4" w:rsidRPr="0095741C" w:rsidRDefault="00617F92">
            <w:pPr>
              <w:spacing w:line="240" w:lineRule="auto"/>
              <w:jc w:val="center"/>
              <w:rPr>
                <w:bCs/>
                <w:szCs w:val="21"/>
              </w:rPr>
            </w:pPr>
            <w:proofErr w:type="spellStart"/>
            <w:r w:rsidRPr="0095741C">
              <w:rPr>
                <w:bCs/>
                <w:szCs w:val="21"/>
              </w:rPr>
              <w:t>共有者</w:t>
            </w:r>
            <w:proofErr w:type="spellEnd"/>
          </w:p>
        </w:tc>
        <w:tc>
          <w:tcPr>
            <w:tcW w:w="2409" w:type="dxa"/>
            <w:vAlign w:val="center"/>
          </w:tcPr>
          <w:p w14:paraId="37D0476A" w14:textId="77777777" w:rsidR="00067AA4" w:rsidRPr="0095741C" w:rsidRDefault="00067AA4">
            <w:pPr>
              <w:spacing w:line="240" w:lineRule="auto"/>
              <w:rPr>
                <w:bCs/>
                <w:szCs w:val="21"/>
              </w:rPr>
            </w:pPr>
          </w:p>
        </w:tc>
        <w:tc>
          <w:tcPr>
            <w:tcW w:w="1701" w:type="dxa"/>
            <w:vAlign w:val="center"/>
          </w:tcPr>
          <w:p w14:paraId="4C508001" w14:textId="77777777" w:rsidR="00067AA4" w:rsidRPr="0095741C" w:rsidRDefault="00067AA4">
            <w:pPr>
              <w:spacing w:line="240" w:lineRule="auto"/>
              <w:rPr>
                <w:bCs/>
                <w:szCs w:val="21"/>
              </w:rPr>
            </w:pPr>
          </w:p>
        </w:tc>
        <w:tc>
          <w:tcPr>
            <w:tcW w:w="842" w:type="dxa"/>
            <w:vAlign w:val="center"/>
          </w:tcPr>
          <w:p w14:paraId="474B7FAD" w14:textId="77777777" w:rsidR="00067AA4" w:rsidRPr="0095741C" w:rsidRDefault="00067AA4">
            <w:pPr>
              <w:spacing w:line="240" w:lineRule="auto"/>
              <w:rPr>
                <w:bCs/>
                <w:szCs w:val="21"/>
              </w:rPr>
            </w:pPr>
          </w:p>
        </w:tc>
        <w:tc>
          <w:tcPr>
            <w:tcW w:w="1531" w:type="dxa"/>
            <w:vAlign w:val="center"/>
          </w:tcPr>
          <w:p w14:paraId="366DFD78" w14:textId="77777777" w:rsidR="00067AA4" w:rsidRPr="0095741C" w:rsidRDefault="00067AA4">
            <w:pPr>
              <w:spacing w:line="240" w:lineRule="auto"/>
              <w:rPr>
                <w:bCs/>
                <w:szCs w:val="21"/>
              </w:rPr>
            </w:pPr>
          </w:p>
        </w:tc>
        <w:tc>
          <w:tcPr>
            <w:tcW w:w="1376" w:type="dxa"/>
          </w:tcPr>
          <w:p w14:paraId="34A1B478" w14:textId="77777777" w:rsidR="00D31A5B" w:rsidRDefault="00D31A5B">
            <w:pPr>
              <w:jc w:val="center"/>
            </w:pPr>
          </w:p>
        </w:tc>
      </w:tr>
    </w:tbl>
    <w:p w14:paraId="07A70192" w14:textId="77777777" w:rsidR="00067AA4" w:rsidRPr="0095741C" w:rsidRDefault="00617F92">
      <w:pPr>
        <w:keepNext/>
        <w:spacing w:after="80"/>
        <w:rPr>
          <w:bCs/>
          <w:szCs w:val="21"/>
        </w:rPr>
      </w:pPr>
      <w:r w:rsidRPr="0095741C">
        <w:rPr>
          <w:bCs/>
          <w:szCs w:val="21"/>
        </w:rPr>
        <w:t xml:space="preserve">３　</w:t>
      </w:r>
      <w:proofErr w:type="spellStart"/>
      <w:r w:rsidRPr="0095741C">
        <w:rPr>
          <w:bCs/>
          <w:szCs w:val="21"/>
        </w:rPr>
        <w:t>確認事項</w:t>
      </w:r>
      <w:proofErr w:type="spellEnd"/>
    </w:p>
    <w:p w14:paraId="2CF400CD" w14:textId="77777777" w:rsidR="00067AA4" w:rsidRPr="0095741C" w:rsidRDefault="00617F92">
      <w:pPr>
        <w:spacing w:after="40"/>
        <w:ind w:left="113"/>
        <w:rPr>
          <w:bCs/>
          <w:szCs w:val="21"/>
          <w:lang w:eastAsia="ja-JP"/>
        </w:rPr>
      </w:pPr>
      <w:r w:rsidRPr="0095741C">
        <w:rPr>
          <w:bCs/>
          <w:szCs w:val="21"/>
          <w:lang w:eastAsia="ja-JP"/>
        </w:rPr>
        <w:t>私は、本件一般競争入札に係る公告、物件調書、関係図面、入札心得書及び土地売買契約書（案）の内容を確認し、これらを承知のうえ申し込みます。</w:t>
      </w:r>
    </w:p>
    <w:p w14:paraId="27CF8C3F" w14:textId="77777777" w:rsidR="00067AA4" w:rsidRPr="0095741C" w:rsidRDefault="00617F92">
      <w:pPr>
        <w:spacing w:after="40"/>
        <w:ind w:left="113"/>
        <w:rPr>
          <w:bCs/>
          <w:szCs w:val="21"/>
          <w:lang w:eastAsia="ja-JP"/>
        </w:rPr>
      </w:pPr>
      <w:r w:rsidRPr="0095741C">
        <w:rPr>
          <w:bCs/>
          <w:szCs w:val="21"/>
          <w:lang w:eastAsia="ja-JP"/>
        </w:rPr>
        <w:t>共有名義で申し込む場合は、共有者全員が入札参加資格を満たしており、売買契約及び所有権移転登記は、本申込書に記載した共有者全員の名義により行うことを確認します。</w:t>
      </w:r>
    </w:p>
    <w:p w14:paraId="60440335" w14:textId="77777777" w:rsidR="00067AA4" w:rsidRPr="0095741C" w:rsidRDefault="00617F92">
      <w:pPr>
        <w:keepNext/>
        <w:spacing w:after="80"/>
        <w:rPr>
          <w:bCs/>
          <w:szCs w:val="21"/>
        </w:rPr>
      </w:pPr>
      <w:r w:rsidRPr="0095741C">
        <w:rPr>
          <w:bCs/>
          <w:szCs w:val="21"/>
        </w:rPr>
        <w:t xml:space="preserve">４　</w:t>
      </w:r>
      <w:proofErr w:type="spellStart"/>
      <w:r w:rsidRPr="0095741C">
        <w:rPr>
          <w:bCs/>
          <w:szCs w:val="21"/>
        </w:rPr>
        <w:t>添付書類</w:t>
      </w:r>
      <w:proofErr w:type="spellEnd"/>
    </w:p>
    <w:tbl>
      <w:tblPr>
        <w:tblStyle w:val="afe"/>
        <w:tblW w:w="0" w:type="auto"/>
        <w:jc w:val="center"/>
        <w:tblLook w:val="04A0" w:firstRow="1" w:lastRow="0" w:firstColumn="1" w:lastColumn="0" w:noHBand="0" w:noVBand="1"/>
      </w:tblPr>
      <w:tblGrid>
        <w:gridCol w:w="3261"/>
        <w:gridCol w:w="6377"/>
      </w:tblGrid>
      <w:tr w:rsidR="00067AA4" w:rsidRPr="0095741C" w14:paraId="7DC4CD1E" w14:textId="77777777" w:rsidTr="00647349">
        <w:trPr>
          <w:cantSplit/>
          <w:jc w:val="center"/>
        </w:trPr>
        <w:tc>
          <w:tcPr>
            <w:tcW w:w="3261" w:type="dxa"/>
            <w:vAlign w:val="center"/>
          </w:tcPr>
          <w:p w14:paraId="2C3BFC8B" w14:textId="77777777" w:rsidR="00067AA4" w:rsidRPr="0095741C" w:rsidRDefault="00617F92">
            <w:pPr>
              <w:spacing w:line="240" w:lineRule="auto"/>
              <w:jc w:val="center"/>
              <w:rPr>
                <w:bCs/>
                <w:szCs w:val="21"/>
              </w:rPr>
            </w:pPr>
            <w:proofErr w:type="spellStart"/>
            <w:r w:rsidRPr="0095741C">
              <w:rPr>
                <w:bCs/>
                <w:szCs w:val="21"/>
              </w:rPr>
              <w:t>区分</w:t>
            </w:r>
            <w:proofErr w:type="spellEnd"/>
          </w:p>
        </w:tc>
        <w:tc>
          <w:tcPr>
            <w:tcW w:w="6377" w:type="dxa"/>
            <w:vAlign w:val="center"/>
          </w:tcPr>
          <w:p w14:paraId="145436BE" w14:textId="77777777" w:rsidR="00067AA4" w:rsidRPr="0095741C" w:rsidRDefault="00617F92">
            <w:pPr>
              <w:spacing w:line="240" w:lineRule="auto"/>
              <w:jc w:val="center"/>
              <w:rPr>
                <w:bCs/>
                <w:szCs w:val="21"/>
              </w:rPr>
            </w:pPr>
            <w:proofErr w:type="spellStart"/>
            <w:r w:rsidRPr="0095741C">
              <w:rPr>
                <w:bCs/>
                <w:szCs w:val="21"/>
              </w:rPr>
              <w:t>必要書類</w:t>
            </w:r>
            <w:proofErr w:type="spellEnd"/>
          </w:p>
        </w:tc>
      </w:tr>
      <w:tr w:rsidR="00067AA4" w:rsidRPr="0095741C" w14:paraId="183106C5" w14:textId="77777777" w:rsidTr="003E316B">
        <w:trPr>
          <w:cantSplit/>
          <w:jc w:val="center"/>
        </w:trPr>
        <w:tc>
          <w:tcPr>
            <w:tcW w:w="3261" w:type="dxa"/>
            <w:vAlign w:val="center"/>
          </w:tcPr>
          <w:p w14:paraId="01FDFDA6" w14:textId="77777777" w:rsidR="00067AA4" w:rsidRPr="0095741C" w:rsidRDefault="00617F92">
            <w:pPr>
              <w:spacing w:line="240" w:lineRule="auto"/>
              <w:jc w:val="center"/>
              <w:rPr>
                <w:bCs/>
                <w:szCs w:val="21"/>
              </w:rPr>
            </w:pPr>
            <w:proofErr w:type="spellStart"/>
            <w:r w:rsidRPr="0095741C">
              <w:rPr>
                <w:bCs/>
                <w:szCs w:val="21"/>
              </w:rPr>
              <w:t>法人</w:t>
            </w:r>
            <w:proofErr w:type="spellEnd"/>
          </w:p>
        </w:tc>
        <w:tc>
          <w:tcPr>
            <w:tcW w:w="6377" w:type="dxa"/>
            <w:vAlign w:val="center"/>
          </w:tcPr>
          <w:p w14:paraId="07F885A0" w14:textId="77777777" w:rsidR="00067AA4" w:rsidRPr="0095741C" w:rsidRDefault="00617F92">
            <w:pPr>
              <w:spacing w:line="240" w:lineRule="auto"/>
              <w:rPr>
                <w:bCs/>
                <w:szCs w:val="21"/>
                <w:lang w:eastAsia="ja-JP"/>
              </w:rPr>
            </w:pPr>
            <w:r w:rsidRPr="0095741C">
              <w:rPr>
                <w:bCs/>
                <w:szCs w:val="21"/>
                <w:lang w:eastAsia="ja-JP"/>
              </w:rPr>
              <w:t>登記事項証明書（履歴事項全部証明書又は現在事項全部証明書）</w:t>
            </w:r>
          </w:p>
          <w:p w14:paraId="642B0711" w14:textId="77777777" w:rsidR="00067AA4" w:rsidRPr="0095741C" w:rsidRDefault="00617F92">
            <w:pPr>
              <w:spacing w:line="240" w:lineRule="auto"/>
              <w:rPr>
                <w:bCs/>
                <w:szCs w:val="21"/>
                <w:lang w:eastAsia="ja-JP"/>
              </w:rPr>
            </w:pPr>
            <w:r w:rsidRPr="0095741C">
              <w:rPr>
                <w:bCs/>
                <w:szCs w:val="21"/>
                <w:lang w:eastAsia="ja-JP"/>
              </w:rPr>
              <w:t>納税証明書（滞納がないことを証するもの）</w:t>
            </w:r>
          </w:p>
          <w:p w14:paraId="61BB13FF" w14:textId="77777777" w:rsidR="00067AA4" w:rsidRPr="0095741C" w:rsidRDefault="00617F92">
            <w:pPr>
              <w:spacing w:line="240" w:lineRule="auto"/>
              <w:rPr>
                <w:bCs/>
                <w:szCs w:val="21"/>
              </w:rPr>
            </w:pPr>
            <w:proofErr w:type="spellStart"/>
            <w:r w:rsidRPr="0095741C">
              <w:rPr>
                <w:bCs/>
                <w:szCs w:val="21"/>
              </w:rPr>
              <w:t>印鑑登録証明書</w:t>
            </w:r>
            <w:proofErr w:type="spellEnd"/>
          </w:p>
          <w:p w14:paraId="60FAFFB7" w14:textId="77777777" w:rsidR="00067AA4" w:rsidRPr="0095741C" w:rsidRDefault="00617F92">
            <w:pPr>
              <w:spacing w:line="240" w:lineRule="auto"/>
              <w:rPr>
                <w:bCs/>
                <w:szCs w:val="21"/>
              </w:rPr>
            </w:pPr>
            <w:proofErr w:type="spellStart"/>
            <w:r w:rsidRPr="0095741C">
              <w:rPr>
                <w:bCs/>
                <w:szCs w:val="21"/>
              </w:rPr>
              <w:t>誓約書</w:t>
            </w:r>
            <w:proofErr w:type="spellEnd"/>
          </w:p>
        </w:tc>
      </w:tr>
      <w:tr w:rsidR="00067AA4" w:rsidRPr="0095741C" w14:paraId="48A16DF4" w14:textId="77777777" w:rsidTr="003E316B">
        <w:trPr>
          <w:cantSplit/>
          <w:jc w:val="center"/>
        </w:trPr>
        <w:tc>
          <w:tcPr>
            <w:tcW w:w="3261" w:type="dxa"/>
            <w:vAlign w:val="center"/>
          </w:tcPr>
          <w:p w14:paraId="2BDD6DA3" w14:textId="77777777" w:rsidR="00067AA4" w:rsidRPr="0095741C" w:rsidRDefault="00617F92">
            <w:pPr>
              <w:spacing w:line="240" w:lineRule="auto"/>
              <w:jc w:val="center"/>
              <w:rPr>
                <w:bCs/>
                <w:szCs w:val="21"/>
              </w:rPr>
            </w:pPr>
            <w:proofErr w:type="spellStart"/>
            <w:r w:rsidRPr="0095741C">
              <w:rPr>
                <w:bCs/>
                <w:szCs w:val="21"/>
              </w:rPr>
              <w:t>個人</w:t>
            </w:r>
            <w:proofErr w:type="spellEnd"/>
          </w:p>
        </w:tc>
        <w:tc>
          <w:tcPr>
            <w:tcW w:w="6377" w:type="dxa"/>
            <w:vAlign w:val="center"/>
          </w:tcPr>
          <w:p w14:paraId="68C3D749" w14:textId="77777777" w:rsidR="00067AA4" w:rsidRPr="0095741C" w:rsidRDefault="00617F92">
            <w:pPr>
              <w:spacing w:line="240" w:lineRule="auto"/>
              <w:rPr>
                <w:bCs/>
                <w:szCs w:val="21"/>
                <w:lang w:eastAsia="ja-JP"/>
              </w:rPr>
            </w:pPr>
            <w:r w:rsidRPr="0095741C">
              <w:rPr>
                <w:bCs/>
                <w:szCs w:val="21"/>
                <w:lang w:eastAsia="ja-JP"/>
              </w:rPr>
              <w:t>身分証明書（本籍地の市区町村が発行するもの）</w:t>
            </w:r>
          </w:p>
          <w:p w14:paraId="3C26F9E4" w14:textId="77777777" w:rsidR="00067AA4" w:rsidRPr="0095741C" w:rsidRDefault="00617F92">
            <w:pPr>
              <w:spacing w:line="240" w:lineRule="auto"/>
              <w:rPr>
                <w:bCs/>
                <w:szCs w:val="21"/>
                <w:lang w:eastAsia="ja-JP"/>
              </w:rPr>
            </w:pPr>
            <w:r w:rsidRPr="0095741C">
              <w:rPr>
                <w:bCs/>
                <w:szCs w:val="21"/>
                <w:lang w:eastAsia="ja-JP"/>
              </w:rPr>
              <w:t>納税証明書（滞納がないことを証するもの）</w:t>
            </w:r>
          </w:p>
          <w:p w14:paraId="3E4D68A9" w14:textId="77777777" w:rsidR="00067AA4" w:rsidRPr="0095741C" w:rsidRDefault="00617F92">
            <w:pPr>
              <w:spacing w:line="240" w:lineRule="auto"/>
              <w:rPr>
                <w:bCs/>
                <w:szCs w:val="21"/>
              </w:rPr>
            </w:pPr>
            <w:proofErr w:type="spellStart"/>
            <w:r w:rsidRPr="0095741C">
              <w:rPr>
                <w:bCs/>
                <w:szCs w:val="21"/>
              </w:rPr>
              <w:t>印鑑登録証明書</w:t>
            </w:r>
            <w:proofErr w:type="spellEnd"/>
          </w:p>
          <w:p w14:paraId="3AB4E427" w14:textId="77777777" w:rsidR="00067AA4" w:rsidRPr="0095741C" w:rsidRDefault="00617F92">
            <w:pPr>
              <w:spacing w:line="240" w:lineRule="auto"/>
              <w:rPr>
                <w:bCs/>
                <w:szCs w:val="21"/>
              </w:rPr>
            </w:pPr>
            <w:proofErr w:type="spellStart"/>
            <w:r w:rsidRPr="0095741C">
              <w:rPr>
                <w:bCs/>
                <w:szCs w:val="21"/>
              </w:rPr>
              <w:t>誓約書</w:t>
            </w:r>
            <w:proofErr w:type="spellEnd"/>
          </w:p>
        </w:tc>
      </w:tr>
    </w:tbl>
    <w:p w14:paraId="740415E9" w14:textId="77777777" w:rsidR="00067AA4" w:rsidRPr="0095741C" w:rsidRDefault="00617F92">
      <w:pPr>
        <w:spacing w:after="20"/>
        <w:ind w:left="113"/>
        <w:rPr>
          <w:bCs/>
          <w:szCs w:val="21"/>
          <w:lang w:eastAsia="ja-JP"/>
        </w:rPr>
      </w:pPr>
      <w:r w:rsidRPr="0095741C">
        <w:rPr>
          <w:bCs/>
          <w:szCs w:val="21"/>
          <w:lang w:eastAsia="ja-JP"/>
        </w:rPr>
        <w:t>※共有名義の場合は、共有者全員分の必要書類及び誓約書を提出してください。</w:t>
      </w:r>
    </w:p>
    <w:p w14:paraId="5BC9778A" w14:textId="77777777" w:rsidR="00067AA4" w:rsidRPr="0095741C" w:rsidRDefault="00617F92">
      <w:pPr>
        <w:spacing w:after="20"/>
        <w:ind w:left="113"/>
        <w:rPr>
          <w:bCs/>
          <w:szCs w:val="21"/>
          <w:lang w:eastAsia="ja-JP"/>
        </w:rPr>
      </w:pPr>
      <w:r w:rsidRPr="0095741C">
        <w:rPr>
          <w:bCs/>
          <w:szCs w:val="21"/>
          <w:lang w:eastAsia="ja-JP"/>
        </w:rPr>
        <w:t>※提出された入札参加申込書及び添付書類は、入札参加資格の有無及び落札の結果にかかわらず返却しません。</w:t>
      </w:r>
    </w:p>
    <w:sectPr w:rsidR="00067AA4" w:rsidRPr="0095741C" w:rsidSect="00034616">
      <w:pgSz w:w="11906" w:h="16838"/>
      <w:pgMar w:top="1020"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12E25" w14:textId="77777777" w:rsidR="00E3396C" w:rsidRDefault="00E3396C" w:rsidP="003E316B">
      <w:pPr>
        <w:spacing w:line="240" w:lineRule="auto"/>
      </w:pPr>
      <w:r>
        <w:separator/>
      </w:r>
    </w:p>
  </w:endnote>
  <w:endnote w:type="continuationSeparator" w:id="0">
    <w:p w14:paraId="51B67E5F" w14:textId="77777777" w:rsidR="00E3396C" w:rsidRDefault="00E3396C" w:rsidP="003E31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65A38" w14:textId="77777777" w:rsidR="00E3396C" w:rsidRDefault="00E3396C" w:rsidP="003E316B">
      <w:pPr>
        <w:spacing w:line="240" w:lineRule="auto"/>
      </w:pPr>
      <w:r>
        <w:separator/>
      </w:r>
    </w:p>
  </w:footnote>
  <w:footnote w:type="continuationSeparator" w:id="0">
    <w:p w14:paraId="3B2583D7" w14:textId="77777777" w:rsidR="00E3396C" w:rsidRDefault="00E3396C" w:rsidP="003E316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55228532">
    <w:abstractNumId w:val="8"/>
  </w:num>
  <w:num w:numId="2" w16cid:durableId="2146241114">
    <w:abstractNumId w:val="6"/>
  </w:num>
  <w:num w:numId="3" w16cid:durableId="808865844">
    <w:abstractNumId w:val="5"/>
  </w:num>
  <w:num w:numId="4" w16cid:durableId="45377675">
    <w:abstractNumId w:val="4"/>
  </w:num>
  <w:num w:numId="5" w16cid:durableId="1568883353">
    <w:abstractNumId w:val="7"/>
  </w:num>
  <w:num w:numId="6" w16cid:durableId="177087778">
    <w:abstractNumId w:val="3"/>
  </w:num>
  <w:num w:numId="7" w16cid:durableId="2133815361">
    <w:abstractNumId w:val="2"/>
  </w:num>
  <w:num w:numId="8" w16cid:durableId="248194281">
    <w:abstractNumId w:val="1"/>
  </w:num>
  <w:num w:numId="9" w16cid:durableId="1381368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AA4"/>
    <w:rsid w:val="0015074B"/>
    <w:rsid w:val="00283DEB"/>
    <w:rsid w:val="0029639D"/>
    <w:rsid w:val="002A278A"/>
    <w:rsid w:val="00326F90"/>
    <w:rsid w:val="003E316B"/>
    <w:rsid w:val="00617F92"/>
    <w:rsid w:val="00647349"/>
    <w:rsid w:val="008D34FA"/>
    <w:rsid w:val="0095741C"/>
    <w:rsid w:val="00975374"/>
    <w:rsid w:val="00AA1D8D"/>
    <w:rsid w:val="00B342E3"/>
    <w:rsid w:val="00B47730"/>
    <w:rsid w:val="00CB0664"/>
    <w:rsid w:val="00D31A5B"/>
    <w:rsid w:val="00DF2E98"/>
    <w:rsid w:val="00E339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9922787"/>
  <w14:defaultImageDpi w14:val="300"/>
  <w15:docId w15:val="{2C4832D6-B42A-4770-9860-D8449D48F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69" w:lineRule="auto"/>
    </w:pPr>
    <w:rPr>
      <w:rFonts w:ascii="ＭＳ 明朝" w:eastAsia="ＭＳ 明朝" w:hAnsi="ＭＳ 明朝"/>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107</Words>
  <Characters>613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lastModifiedBy>
  <cp:revision>7</cp:revision>
  <cp:lastPrinted>2026-09-08T09:54:00Z</cp:lastPrinted>
  <dcterms:created xsi:type="dcterms:W3CDTF">2013-12-23T23:15:00Z</dcterms:created>
  <dcterms:modified xsi:type="dcterms:W3CDTF">2026-09-08T09:58:00Z</dcterms:modified>
  <cp:category/>
</cp:coreProperties>
</file>