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D8FA0" w14:textId="77777777" w:rsidR="00744266" w:rsidRPr="008F46EC" w:rsidRDefault="00000000">
      <w:r>
        <w:rPr>
          <w:sz w:val="18"/>
        </w:rPr>
        <w:t>様式第2号</w:t>
      </w:r>
    </w:p>
    <w:p w14:paraId="15FBC8C4" w14:textId="77777777" w:rsidR="00744266" w:rsidRPr="008F46EC" w:rsidRDefault="00000000">
      <w:pPr>
        <w:spacing w:after="240"/>
        <w:jc w:val="center"/>
      </w:pPr>
      <w:r w:rsidRPr="008F46EC">
        <w:rPr>
          <w:sz w:val="34"/>
        </w:rPr>
        <w:t>入　札　書</w:t>
      </w:r>
    </w:p>
    <w:p w14:paraId="7751C04C" w14:textId="77777777" w:rsidR="00744266" w:rsidRPr="008F46EC" w:rsidRDefault="00000000">
      <w:pPr>
        <w:spacing w:after="40"/>
      </w:pPr>
      <w:proofErr w:type="spellStart"/>
      <w:r w:rsidRPr="008F46EC">
        <w:t>金額</w:t>
      </w:r>
      <w:proofErr w:type="spellEnd"/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 w:rsidR="00744266" w:rsidRPr="00BF01AC" w14:paraId="137B20D0" w14:textId="77777777">
        <w:trPr>
          <w:cantSplit/>
          <w:jc w:val="center"/>
        </w:trPr>
        <w:tc>
          <w:tcPr>
            <w:tcW w:w="1039" w:type="dxa"/>
            <w:shd w:val="clear" w:color="auto" w:fill="EDEDED"/>
            <w:vAlign w:val="center"/>
          </w:tcPr>
          <w:p w14:paraId="164B0D30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r w:rsidRPr="00BF01AC">
              <w:rPr>
                <w:szCs w:val="21"/>
              </w:rPr>
              <w:t>億</w:t>
            </w:r>
          </w:p>
        </w:tc>
        <w:tc>
          <w:tcPr>
            <w:tcW w:w="1039" w:type="dxa"/>
            <w:shd w:val="clear" w:color="auto" w:fill="EDEDED"/>
            <w:vAlign w:val="center"/>
          </w:tcPr>
          <w:p w14:paraId="58459B5D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proofErr w:type="spellStart"/>
            <w:r w:rsidRPr="00BF01AC">
              <w:rPr>
                <w:szCs w:val="21"/>
              </w:rPr>
              <w:t>千万</w:t>
            </w:r>
            <w:proofErr w:type="spellEnd"/>
          </w:p>
        </w:tc>
        <w:tc>
          <w:tcPr>
            <w:tcW w:w="1039" w:type="dxa"/>
            <w:shd w:val="clear" w:color="auto" w:fill="EDEDED"/>
            <w:vAlign w:val="center"/>
          </w:tcPr>
          <w:p w14:paraId="01663015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proofErr w:type="spellStart"/>
            <w:r w:rsidRPr="00BF01AC">
              <w:rPr>
                <w:szCs w:val="21"/>
              </w:rPr>
              <w:t>百万</w:t>
            </w:r>
            <w:proofErr w:type="spellEnd"/>
          </w:p>
        </w:tc>
        <w:tc>
          <w:tcPr>
            <w:tcW w:w="1039" w:type="dxa"/>
            <w:shd w:val="clear" w:color="auto" w:fill="EDEDED"/>
            <w:vAlign w:val="center"/>
          </w:tcPr>
          <w:p w14:paraId="484F3B51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proofErr w:type="spellStart"/>
            <w:r w:rsidRPr="00BF01AC">
              <w:rPr>
                <w:szCs w:val="21"/>
              </w:rPr>
              <w:t>十万</w:t>
            </w:r>
            <w:proofErr w:type="spellEnd"/>
          </w:p>
        </w:tc>
        <w:tc>
          <w:tcPr>
            <w:tcW w:w="1039" w:type="dxa"/>
            <w:shd w:val="clear" w:color="auto" w:fill="EDEDED"/>
            <w:vAlign w:val="center"/>
          </w:tcPr>
          <w:p w14:paraId="22A37A48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r w:rsidRPr="00BF01AC">
              <w:rPr>
                <w:szCs w:val="21"/>
              </w:rPr>
              <w:t>万</w:t>
            </w:r>
          </w:p>
        </w:tc>
        <w:tc>
          <w:tcPr>
            <w:tcW w:w="1039" w:type="dxa"/>
            <w:shd w:val="clear" w:color="auto" w:fill="EDEDED"/>
            <w:vAlign w:val="center"/>
          </w:tcPr>
          <w:p w14:paraId="7496D1A7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r w:rsidRPr="00BF01AC">
              <w:rPr>
                <w:szCs w:val="21"/>
              </w:rPr>
              <w:t>千</w:t>
            </w:r>
          </w:p>
        </w:tc>
        <w:tc>
          <w:tcPr>
            <w:tcW w:w="1039" w:type="dxa"/>
            <w:shd w:val="clear" w:color="auto" w:fill="EDEDED"/>
            <w:vAlign w:val="center"/>
          </w:tcPr>
          <w:p w14:paraId="58F5E808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r w:rsidRPr="00BF01AC">
              <w:rPr>
                <w:szCs w:val="21"/>
              </w:rPr>
              <w:t>百</w:t>
            </w:r>
          </w:p>
        </w:tc>
        <w:tc>
          <w:tcPr>
            <w:tcW w:w="1039" w:type="dxa"/>
            <w:shd w:val="clear" w:color="auto" w:fill="EDEDED"/>
            <w:vAlign w:val="center"/>
          </w:tcPr>
          <w:p w14:paraId="6CD35831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r w:rsidRPr="00BF01AC">
              <w:rPr>
                <w:szCs w:val="21"/>
              </w:rPr>
              <w:t>十</w:t>
            </w:r>
          </w:p>
        </w:tc>
        <w:tc>
          <w:tcPr>
            <w:tcW w:w="1039" w:type="dxa"/>
            <w:shd w:val="clear" w:color="auto" w:fill="EDEDED"/>
            <w:vAlign w:val="center"/>
          </w:tcPr>
          <w:p w14:paraId="02EB2F1D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r w:rsidRPr="00BF01AC">
              <w:rPr>
                <w:szCs w:val="21"/>
              </w:rPr>
              <w:t>円</w:t>
            </w:r>
          </w:p>
        </w:tc>
      </w:tr>
      <w:tr w:rsidR="00744266" w:rsidRPr="00BF01AC" w14:paraId="3C5F4DF6" w14:textId="77777777" w:rsidTr="00BF01AC">
        <w:trPr>
          <w:cantSplit/>
          <w:trHeight w:val="819"/>
          <w:jc w:val="center"/>
        </w:trPr>
        <w:tc>
          <w:tcPr>
            <w:tcW w:w="1039" w:type="dxa"/>
            <w:vAlign w:val="center"/>
          </w:tcPr>
          <w:p w14:paraId="75A684A8" w14:textId="77777777" w:rsidR="00744266" w:rsidRPr="00BF01AC" w:rsidRDefault="00744266">
            <w:pPr>
              <w:spacing w:line="240" w:lineRule="auto"/>
              <w:rPr>
                <w:szCs w:val="21"/>
              </w:rPr>
            </w:pPr>
          </w:p>
        </w:tc>
        <w:tc>
          <w:tcPr>
            <w:tcW w:w="1039" w:type="dxa"/>
            <w:vAlign w:val="center"/>
          </w:tcPr>
          <w:p w14:paraId="103C219D" w14:textId="77777777" w:rsidR="00744266" w:rsidRPr="00BF01AC" w:rsidRDefault="00744266">
            <w:pPr>
              <w:spacing w:line="240" w:lineRule="auto"/>
              <w:rPr>
                <w:szCs w:val="21"/>
              </w:rPr>
            </w:pPr>
          </w:p>
        </w:tc>
        <w:tc>
          <w:tcPr>
            <w:tcW w:w="1039" w:type="dxa"/>
            <w:vAlign w:val="center"/>
          </w:tcPr>
          <w:p w14:paraId="6DE22BD2" w14:textId="77777777" w:rsidR="00744266" w:rsidRPr="00BF01AC" w:rsidRDefault="00744266">
            <w:pPr>
              <w:spacing w:line="240" w:lineRule="auto"/>
              <w:rPr>
                <w:szCs w:val="21"/>
              </w:rPr>
            </w:pPr>
          </w:p>
        </w:tc>
        <w:tc>
          <w:tcPr>
            <w:tcW w:w="1039" w:type="dxa"/>
            <w:vAlign w:val="center"/>
          </w:tcPr>
          <w:p w14:paraId="18B80270" w14:textId="77777777" w:rsidR="00744266" w:rsidRPr="00BF01AC" w:rsidRDefault="00744266">
            <w:pPr>
              <w:spacing w:line="240" w:lineRule="auto"/>
              <w:rPr>
                <w:szCs w:val="21"/>
              </w:rPr>
            </w:pPr>
          </w:p>
        </w:tc>
        <w:tc>
          <w:tcPr>
            <w:tcW w:w="1039" w:type="dxa"/>
            <w:vAlign w:val="center"/>
          </w:tcPr>
          <w:p w14:paraId="664252EF" w14:textId="77777777" w:rsidR="00744266" w:rsidRPr="00BF01AC" w:rsidRDefault="00744266">
            <w:pPr>
              <w:spacing w:line="240" w:lineRule="auto"/>
              <w:rPr>
                <w:szCs w:val="21"/>
              </w:rPr>
            </w:pPr>
          </w:p>
        </w:tc>
        <w:tc>
          <w:tcPr>
            <w:tcW w:w="1039" w:type="dxa"/>
            <w:vAlign w:val="center"/>
          </w:tcPr>
          <w:p w14:paraId="19748945" w14:textId="77777777" w:rsidR="00744266" w:rsidRPr="00BF01AC" w:rsidRDefault="00744266">
            <w:pPr>
              <w:spacing w:line="240" w:lineRule="auto"/>
              <w:rPr>
                <w:szCs w:val="21"/>
              </w:rPr>
            </w:pPr>
          </w:p>
        </w:tc>
        <w:tc>
          <w:tcPr>
            <w:tcW w:w="1039" w:type="dxa"/>
            <w:vAlign w:val="center"/>
          </w:tcPr>
          <w:p w14:paraId="26C2EBDE" w14:textId="77777777" w:rsidR="00744266" w:rsidRPr="00BF01AC" w:rsidRDefault="00744266">
            <w:pPr>
              <w:spacing w:line="240" w:lineRule="auto"/>
              <w:rPr>
                <w:szCs w:val="21"/>
              </w:rPr>
            </w:pPr>
          </w:p>
        </w:tc>
        <w:tc>
          <w:tcPr>
            <w:tcW w:w="1039" w:type="dxa"/>
            <w:vAlign w:val="center"/>
          </w:tcPr>
          <w:p w14:paraId="1EDF6849" w14:textId="77777777" w:rsidR="00744266" w:rsidRPr="00BF01AC" w:rsidRDefault="00744266">
            <w:pPr>
              <w:spacing w:line="240" w:lineRule="auto"/>
              <w:rPr>
                <w:szCs w:val="21"/>
              </w:rPr>
            </w:pPr>
          </w:p>
        </w:tc>
        <w:tc>
          <w:tcPr>
            <w:tcW w:w="1039" w:type="dxa"/>
            <w:vAlign w:val="center"/>
          </w:tcPr>
          <w:p w14:paraId="7BB07AAE" w14:textId="77777777" w:rsidR="00744266" w:rsidRPr="00BF01AC" w:rsidRDefault="00744266">
            <w:pPr>
              <w:spacing w:line="240" w:lineRule="auto"/>
              <w:rPr>
                <w:szCs w:val="21"/>
              </w:rPr>
            </w:pPr>
          </w:p>
        </w:tc>
      </w:tr>
    </w:tbl>
    <w:p w14:paraId="2F3EADCF" w14:textId="6EFE6141" w:rsidR="00744266" w:rsidRDefault="00BF01AC">
      <w:pPr>
        <w:spacing w:after="120"/>
        <w:rPr>
          <w:szCs w:val="21"/>
          <w:lang w:eastAsia="ja-JP"/>
        </w:rPr>
      </w:pPr>
      <w:r w:rsidRPr="00BF01AC">
        <w:rPr>
          <w:szCs w:val="21"/>
          <w:lang w:eastAsia="ja-JP"/>
        </w:rPr>
        <w:t>※金額はアラビア数字で記入し、金額の訂正はしないでください。</w:t>
      </w:r>
    </w:p>
    <w:p w14:paraId="3BA6F76C" w14:textId="77777777" w:rsidR="00BF01AC" w:rsidRPr="00BF01AC" w:rsidRDefault="00BF01AC">
      <w:pPr>
        <w:spacing w:after="120"/>
        <w:rPr>
          <w:szCs w:val="21"/>
          <w:lang w:eastAsia="ja-JP"/>
        </w:rPr>
      </w:pPr>
    </w:p>
    <w:p w14:paraId="129EB711" w14:textId="7F614CEC" w:rsidR="00744266" w:rsidRPr="00BF01AC" w:rsidRDefault="00BF01AC">
      <w:pPr>
        <w:spacing w:after="60"/>
        <w:rPr>
          <w:szCs w:val="21"/>
        </w:rPr>
      </w:pPr>
      <w:proofErr w:type="spellStart"/>
      <w:r w:rsidRPr="00BF01AC">
        <w:rPr>
          <w:szCs w:val="21"/>
        </w:rPr>
        <w:t>入札物件</w:t>
      </w:r>
      <w:proofErr w:type="spellEnd"/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829"/>
        <w:gridCol w:w="1701"/>
        <w:gridCol w:w="1984"/>
        <w:gridCol w:w="1842"/>
      </w:tblGrid>
      <w:tr w:rsidR="00744266" w:rsidRPr="00BF01AC" w14:paraId="1D0E487B" w14:textId="77777777" w:rsidTr="00BF01AC">
        <w:trPr>
          <w:jc w:val="center"/>
        </w:trPr>
        <w:tc>
          <w:tcPr>
            <w:tcW w:w="3829" w:type="dxa"/>
            <w:shd w:val="clear" w:color="auto" w:fill="EDEDED"/>
            <w:vAlign w:val="center"/>
          </w:tcPr>
          <w:p w14:paraId="6DE1CAFC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proofErr w:type="spellStart"/>
            <w:r w:rsidRPr="00BF01AC">
              <w:rPr>
                <w:szCs w:val="21"/>
              </w:rPr>
              <w:t>所在地</w:t>
            </w:r>
            <w:proofErr w:type="spellEnd"/>
          </w:p>
        </w:tc>
        <w:tc>
          <w:tcPr>
            <w:tcW w:w="1701" w:type="dxa"/>
            <w:shd w:val="clear" w:color="auto" w:fill="EDEDED"/>
            <w:vAlign w:val="center"/>
          </w:tcPr>
          <w:p w14:paraId="0A350E26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proofErr w:type="spellStart"/>
            <w:r w:rsidRPr="00BF01AC">
              <w:rPr>
                <w:szCs w:val="21"/>
              </w:rPr>
              <w:t>区分</w:t>
            </w:r>
            <w:proofErr w:type="spellEnd"/>
          </w:p>
        </w:tc>
        <w:tc>
          <w:tcPr>
            <w:tcW w:w="1984" w:type="dxa"/>
            <w:shd w:val="clear" w:color="auto" w:fill="EDEDED"/>
            <w:vAlign w:val="center"/>
          </w:tcPr>
          <w:p w14:paraId="306C9129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proofErr w:type="spellStart"/>
            <w:r w:rsidRPr="00BF01AC">
              <w:rPr>
                <w:szCs w:val="21"/>
              </w:rPr>
              <w:t>地目</w:t>
            </w:r>
            <w:proofErr w:type="spellEnd"/>
          </w:p>
        </w:tc>
        <w:tc>
          <w:tcPr>
            <w:tcW w:w="1842" w:type="dxa"/>
            <w:shd w:val="clear" w:color="auto" w:fill="EDEDED"/>
            <w:vAlign w:val="center"/>
          </w:tcPr>
          <w:p w14:paraId="5009A510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proofErr w:type="spellStart"/>
            <w:r w:rsidRPr="00BF01AC">
              <w:rPr>
                <w:szCs w:val="21"/>
              </w:rPr>
              <w:t>地積</w:t>
            </w:r>
            <w:proofErr w:type="spellEnd"/>
            <w:r w:rsidRPr="00BF01AC">
              <w:rPr>
                <w:szCs w:val="21"/>
              </w:rPr>
              <w:t>（㎡）</w:t>
            </w:r>
          </w:p>
        </w:tc>
      </w:tr>
      <w:tr w:rsidR="00744266" w:rsidRPr="00BF01AC" w14:paraId="16C2BFDC" w14:textId="77777777" w:rsidTr="00E167F8">
        <w:trPr>
          <w:trHeight w:val="557"/>
          <w:jc w:val="center"/>
        </w:trPr>
        <w:tc>
          <w:tcPr>
            <w:tcW w:w="3829" w:type="dxa"/>
            <w:vAlign w:val="center"/>
          </w:tcPr>
          <w:p w14:paraId="47FF5F37" w14:textId="77777777" w:rsidR="00744266" w:rsidRPr="00BF01AC" w:rsidRDefault="00000000">
            <w:pPr>
              <w:spacing w:line="240" w:lineRule="auto"/>
              <w:rPr>
                <w:szCs w:val="21"/>
              </w:rPr>
            </w:pPr>
            <w:r w:rsidRPr="00BF01AC">
              <w:rPr>
                <w:szCs w:val="21"/>
              </w:rPr>
              <w:t>長洲町大字梅田字辻居屋敷459番1</w:t>
            </w:r>
          </w:p>
        </w:tc>
        <w:tc>
          <w:tcPr>
            <w:tcW w:w="1701" w:type="dxa"/>
            <w:vAlign w:val="center"/>
          </w:tcPr>
          <w:p w14:paraId="2AF4943A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proofErr w:type="spellStart"/>
            <w:r w:rsidRPr="00BF01AC">
              <w:rPr>
                <w:szCs w:val="21"/>
              </w:rPr>
              <w:t>土地</w:t>
            </w:r>
            <w:proofErr w:type="spellEnd"/>
          </w:p>
        </w:tc>
        <w:tc>
          <w:tcPr>
            <w:tcW w:w="1984" w:type="dxa"/>
            <w:vAlign w:val="center"/>
          </w:tcPr>
          <w:p w14:paraId="03E74758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proofErr w:type="spellStart"/>
            <w:r w:rsidRPr="00BF01AC">
              <w:rPr>
                <w:szCs w:val="21"/>
              </w:rPr>
              <w:t>宅地</w:t>
            </w:r>
            <w:proofErr w:type="spellEnd"/>
          </w:p>
        </w:tc>
        <w:tc>
          <w:tcPr>
            <w:tcW w:w="1842" w:type="dxa"/>
            <w:vAlign w:val="center"/>
          </w:tcPr>
          <w:p w14:paraId="5AA8BF61" w14:textId="77777777" w:rsidR="00744266" w:rsidRPr="00BF01AC" w:rsidRDefault="00000000">
            <w:pPr>
              <w:spacing w:line="240" w:lineRule="auto"/>
              <w:jc w:val="center"/>
              <w:rPr>
                <w:szCs w:val="21"/>
              </w:rPr>
            </w:pPr>
            <w:r w:rsidRPr="00BF01AC">
              <w:rPr>
                <w:szCs w:val="21"/>
              </w:rPr>
              <w:t>243.78</w:t>
            </w:r>
          </w:p>
        </w:tc>
      </w:tr>
    </w:tbl>
    <w:p w14:paraId="484729AC" w14:textId="77777777" w:rsidR="00744266" w:rsidRPr="00BF01AC" w:rsidRDefault="00744266">
      <w:pPr>
        <w:spacing w:after="200"/>
        <w:rPr>
          <w:szCs w:val="21"/>
        </w:rPr>
      </w:pPr>
    </w:p>
    <w:p w14:paraId="6D1681A6" w14:textId="77777777" w:rsidR="00744266" w:rsidRPr="00BF01AC" w:rsidRDefault="00000000">
      <w:pPr>
        <w:spacing w:after="240"/>
        <w:rPr>
          <w:szCs w:val="21"/>
          <w:lang w:eastAsia="ja-JP"/>
        </w:rPr>
      </w:pPr>
      <w:r w:rsidRPr="00BF01AC">
        <w:rPr>
          <w:szCs w:val="21"/>
          <w:lang w:eastAsia="ja-JP"/>
        </w:rPr>
        <w:t>令和8年9月16日付け長洲町公告第52号及び入札心得書等を承知のうえ、上記のとおり入札します。</w:t>
      </w:r>
    </w:p>
    <w:p w14:paraId="1378B92A" w14:textId="77777777" w:rsidR="00744266" w:rsidRPr="00BF01AC" w:rsidRDefault="00000000">
      <w:pPr>
        <w:spacing w:after="200"/>
        <w:jc w:val="right"/>
        <w:rPr>
          <w:szCs w:val="21"/>
        </w:rPr>
      </w:pPr>
      <w:r w:rsidRPr="00BF01AC">
        <w:rPr>
          <w:szCs w:val="21"/>
        </w:rPr>
        <w:t>令和8年11月27日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77"/>
        <w:gridCol w:w="4677"/>
      </w:tblGrid>
      <w:tr w:rsidR="00744266" w:rsidRPr="00BF01AC" w14:paraId="3E41D8A2" w14:textId="77777777">
        <w:trPr>
          <w:jc w:val="right"/>
        </w:trPr>
        <w:tc>
          <w:tcPr>
            <w:tcW w:w="4677" w:type="dxa"/>
            <w:vAlign w:val="center"/>
          </w:tcPr>
          <w:p w14:paraId="19643D7A" w14:textId="77777777" w:rsidR="00744266" w:rsidRPr="00BF01AC" w:rsidRDefault="00000000">
            <w:pPr>
              <w:spacing w:line="240" w:lineRule="auto"/>
              <w:rPr>
                <w:szCs w:val="21"/>
                <w:lang w:eastAsia="ja-JP"/>
              </w:rPr>
            </w:pPr>
            <w:r w:rsidRPr="00BF01AC">
              <w:rPr>
                <w:szCs w:val="21"/>
                <w:lang w:eastAsia="ja-JP"/>
              </w:rPr>
              <w:t>入札者又は代理人</w:t>
            </w:r>
          </w:p>
          <w:p w14:paraId="4344594E" w14:textId="77777777" w:rsidR="00F50FA4" w:rsidRPr="00BF01AC" w:rsidRDefault="00F50FA4">
            <w:pPr>
              <w:spacing w:line="240" w:lineRule="auto"/>
              <w:rPr>
                <w:szCs w:val="21"/>
                <w:lang w:eastAsia="ja-JP"/>
              </w:rPr>
            </w:pPr>
          </w:p>
          <w:p w14:paraId="35973428" w14:textId="77777777" w:rsidR="00744266" w:rsidRPr="00BF01AC" w:rsidRDefault="00000000">
            <w:pPr>
              <w:spacing w:line="240" w:lineRule="auto"/>
              <w:rPr>
                <w:szCs w:val="21"/>
                <w:lang w:eastAsia="ja-JP"/>
              </w:rPr>
            </w:pPr>
            <w:r w:rsidRPr="00BF01AC">
              <w:rPr>
                <w:szCs w:val="21"/>
                <w:lang w:eastAsia="ja-JP"/>
              </w:rPr>
              <w:t>住所</w:t>
            </w:r>
          </w:p>
        </w:tc>
        <w:tc>
          <w:tcPr>
            <w:tcW w:w="4677" w:type="dxa"/>
            <w:vAlign w:val="center"/>
          </w:tcPr>
          <w:p w14:paraId="04B8BD46" w14:textId="77777777" w:rsidR="00744266" w:rsidRPr="00BF01AC" w:rsidRDefault="00744266">
            <w:pPr>
              <w:spacing w:line="240" w:lineRule="auto"/>
              <w:rPr>
                <w:szCs w:val="21"/>
                <w:lang w:eastAsia="ja-JP"/>
              </w:rPr>
            </w:pPr>
          </w:p>
        </w:tc>
      </w:tr>
      <w:tr w:rsidR="00744266" w:rsidRPr="00BF01AC" w14:paraId="41DA69AF" w14:textId="77777777">
        <w:trPr>
          <w:jc w:val="right"/>
        </w:trPr>
        <w:tc>
          <w:tcPr>
            <w:tcW w:w="4677" w:type="dxa"/>
            <w:vAlign w:val="center"/>
          </w:tcPr>
          <w:p w14:paraId="4223D230" w14:textId="77777777" w:rsidR="00F50FA4" w:rsidRPr="00BF01AC" w:rsidRDefault="00F50FA4">
            <w:pPr>
              <w:spacing w:line="240" w:lineRule="auto"/>
              <w:rPr>
                <w:szCs w:val="21"/>
                <w:lang w:eastAsia="ja-JP"/>
              </w:rPr>
            </w:pPr>
          </w:p>
          <w:p w14:paraId="7F208D26" w14:textId="0334DD0C" w:rsidR="00744266" w:rsidRPr="00BF01AC" w:rsidRDefault="00000000">
            <w:pPr>
              <w:spacing w:line="240" w:lineRule="auto"/>
              <w:rPr>
                <w:szCs w:val="21"/>
              </w:rPr>
            </w:pPr>
            <w:proofErr w:type="spellStart"/>
            <w:r w:rsidRPr="00BF01AC">
              <w:rPr>
                <w:szCs w:val="21"/>
              </w:rPr>
              <w:t>氏名</w:t>
            </w:r>
            <w:proofErr w:type="spellEnd"/>
            <w:r w:rsidR="00F50FA4" w:rsidRPr="00BF01AC">
              <w:rPr>
                <w:rFonts w:hint="eastAsia"/>
                <w:szCs w:val="21"/>
                <w:lang w:eastAsia="ja-JP"/>
              </w:rPr>
              <w:t xml:space="preserve">　　　　　　　　　　　　　　　</w:t>
            </w:r>
            <w:r w:rsidR="00F50FA4" w:rsidRPr="00BF01AC">
              <w:rPr>
                <w:szCs w:val="21"/>
              </w:rPr>
              <w:t xml:space="preserve">　印</w:t>
            </w:r>
          </w:p>
        </w:tc>
        <w:tc>
          <w:tcPr>
            <w:tcW w:w="4677" w:type="dxa"/>
            <w:vAlign w:val="center"/>
          </w:tcPr>
          <w:p w14:paraId="1ED3E3E4" w14:textId="78763E9C" w:rsidR="00744266" w:rsidRPr="00BF01AC" w:rsidRDefault="00000000">
            <w:pPr>
              <w:spacing w:line="240" w:lineRule="auto"/>
              <w:rPr>
                <w:szCs w:val="21"/>
              </w:rPr>
            </w:pPr>
            <w:r w:rsidRPr="00BF01AC">
              <w:rPr>
                <w:szCs w:val="21"/>
              </w:rPr>
              <w:t xml:space="preserve">　　　　　　　　　　　　　　　　</w:t>
            </w:r>
          </w:p>
        </w:tc>
      </w:tr>
    </w:tbl>
    <w:p w14:paraId="73153FD4" w14:textId="77777777" w:rsidR="00744266" w:rsidRPr="00BF01AC" w:rsidRDefault="00744266">
      <w:pPr>
        <w:spacing w:after="160"/>
        <w:rPr>
          <w:szCs w:val="21"/>
        </w:rPr>
      </w:pPr>
    </w:p>
    <w:p w14:paraId="113E9F61" w14:textId="77777777" w:rsidR="00744266" w:rsidRPr="00BF01AC" w:rsidRDefault="00000000" w:rsidP="008F46EC">
      <w:pPr>
        <w:spacing w:after="120"/>
        <w:ind w:firstLineChars="200" w:firstLine="420"/>
        <w:rPr>
          <w:szCs w:val="21"/>
        </w:rPr>
      </w:pPr>
      <w:proofErr w:type="spellStart"/>
      <w:r w:rsidRPr="00BF01AC">
        <w:rPr>
          <w:szCs w:val="21"/>
        </w:rPr>
        <w:t>長洲町長</w:t>
      </w:r>
      <w:proofErr w:type="spellEnd"/>
      <w:r w:rsidRPr="00BF01AC">
        <w:rPr>
          <w:szCs w:val="21"/>
        </w:rPr>
        <w:t xml:space="preserve">　</w:t>
      </w:r>
      <w:proofErr w:type="spellStart"/>
      <w:r w:rsidRPr="00BF01AC">
        <w:rPr>
          <w:szCs w:val="21"/>
        </w:rPr>
        <w:t>田成</w:t>
      </w:r>
      <w:proofErr w:type="spellEnd"/>
      <w:r w:rsidRPr="00BF01AC">
        <w:rPr>
          <w:szCs w:val="21"/>
        </w:rPr>
        <w:t xml:space="preserve">　</w:t>
      </w:r>
      <w:proofErr w:type="spellStart"/>
      <w:r w:rsidRPr="00BF01AC">
        <w:rPr>
          <w:szCs w:val="21"/>
        </w:rPr>
        <w:t>修一</w:t>
      </w:r>
      <w:proofErr w:type="spellEnd"/>
      <w:r w:rsidRPr="00BF01AC">
        <w:rPr>
          <w:szCs w:val="21"/>
        </w:rPr>
        <w:t xml:space="preserve">　様</w:t>
      </w:r>
    </w:p>
    <w:p w14:paraId="2A750D5A" w14:textId="7B528941" w:rsidR="00744266" w:rsidRPr="008F46EC" w:rsidRDefault="00744266">
      <w:pPr>
        <w:rPr>
          <w:lang w:eastAsia="ja-JP"/>
        </w:rPr>
      </w:pPr>
    </w:p>
    <w:sectPr w:rsidR="00744266" w:rsidRPr="008F46EC" w:rsidSect="00034616">
      <w:pgSz w:w="11906" w:h="16838"/>
      <w:pgMar w:top="1077" w:right="1247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E331F" w14:textId="77777777" w:rsidR="00583F94" w:rsidRDefault="00583F94" w:rsidP="008F46EC">
      <w:pPr>
        <w:spacing w:line="240" w:lineRule="auto"/>
      </w:pPr>
      <w:r>
        <w:separator/>
      </w:r>
    </w:p>
  </w:endnote>
  <w:endnote w:type="continuationSeparator" w:id="0">
    <w:p w14:paraId="7B00F399" w14:textId="77777777" w:rsidR="00583F94" w:rsidRDefault="00583F94" w:rsidP="008F46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2DA6E" w14:textId="77777777" w:rsidR="00583F94" w:rsidRDefault="00583F94" w:rsidP="008F46EC">
      <w:pPr>
        <w:spacing w:line="240" w:lineRule="auto"/>
      </w:pPr>
      <w:r>
        <w:separator/>
      </w:r>
    </w:p>
  </w:footnote>
  <w:footnote w:type="continuationSeparator" w:id="0">
    <w:p w14:paraId="46094FB6" w14:textId="77777777" w:rsidR="00583F94" w:rsidRDefault="00583F94" w:rsidP="008F46E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8912908">
    <w:abstractNumId w:val="8"/>
  </w:num>
  <w:num w:numId="2" w16cid:durableId="11222628">
    <w:abstractNumId w:val="6"/>
  </w:num>
  <w:num w:numId="3" w16cid:durableId="16277906">
    <w:abstractNumId w:val="5"/>
  </w:num>
  <w:num w:numId="4" w16cid:durableId="1753626663">
    <w:abstractNumId w:val="4"/>
  </w:num>
  <w:num w:numId="5" w16cid:durableId="1646658989">
    <w:abstractNumId w:val="7"/>
  </w:num>
  <w:num w:numId="6" w16cid:durableId="615912569">
    <w:abstractNumId w:val="3"/>
  </w:num>
  <w:num w:numId="7" w16cid:durableId="523400338">
    <w:abstractNumId w:val="2"/>
  </w:num>
  <w:num w:numId="8" w16cid:durableId="1307857001">
    <w:abstractNumId w:val="1"/>
  </w:num>
  <w:num w:numId="9" w16cid:durableId="603537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3F94"/>
    <w:rsid w:val="00622A46"/>
    <w:rsid w:val="00744266"/>
    <w:rsid w:val="008F46EC"/>
    <w:rsid w:val="00975374"/>
    <w:rsid w:val="00AA1D8D"/>
    <w:rsid w:val="00B47730"/>
    <w:rsid w:val="00BF01AC"/>
    <w:rsid w:val="00CB0664"/>
    <w:rsid w:val="00CF3B91"/>
    <w:rsid w:val="00E167F8"/>
    <w:rsid w:val="00F50F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74D143"/>
  <w14:defaultImageDpi w14:val="300"/>
  <w15:docId w15:val="{2C4832D6-B42A-4770-9860-D8449D48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69" w:lineRule="auto"/>
    </w:pPr>
    <w:rPr>
      <w:rFonts w:ascii="ＭＳ 明朝" w:eastAsia="ＭＳ 明朝" w:hAnsi="ＭＳ 明朝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 </cp:lastModifiedBy>
  <cp:revision>5</cp:revision>
  <dcterms:created xsi:type="dcterms:W3CDTF">2013-12-23T23:15:00Z</dcterms:created>
  <dcterms:modified xsi:type="dcterms:W3CDTF">2026-09-08T09:08:00Z</dcterms:modified>
  <cp:category/>
</cp:coreProperties>
</file>