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F477F" w14:textId="77777777" w:rsidR="006C6FD5" w:rsidRDefault="00000000">
      <w:r>
        <w:rPr>
          <w:sz w:val="18"/>
        </w:rPr>
        <w:t>様式第3号</w:t>
      </w:r>
    </w:p>
    <w:p w14:paraId="05F68232" w14:textId="77777777" w:rsidR="006C6FD5" w:rsidRPr="00182F68" w:rsidRDefault="00000000">
      <w:pPr>
        <w:spacing w:after="200"/>
        <w:jc w:val="center"/>
        <w:rPr>
          <w:bCs/>
        </w:rPr>
      </w:pPr>
      <w:r w:rsidRPr="00182F68">
        <w:rPr>
          <w:bCs/>
          <w:sz w:val="34"/>
        </w:rPr>
        <w:t>委　任　状</w:t>
      </w:r>
    </w:p>
    <w:p w14:paraId="5CED6E56" w14:textId="77777777" w:rsidR="006C6FD5" w:rsidRPr="00182F68" w:rsidRDefault="00000000">
      <w:pPr>
        <w:spacing w:after="160"/>
        <w:rPr>
          <w:bCs/>
          <w:szCs w:val="21"/>
        </w:rPr>
      </w:pPr>
      <w:r w:rsidRPr="00182F68">
        <w:rPr>
          <w:bCs/>
          <w:szCs w:val="21"/>
        </w:rPr>
        <w:t>長洲町長　田成　修一　様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1985"/>
        <w:gridCol w:w="2126"/>
        <w:gridCol w:w="1757"/>
      </w:tblGrid>
      <w:tr w:rsidR="006C6FD5" w:rsidRPr="00182F68" w14:paraId="3C0E7478" w14:textId="77777777" w:rsidTr="00182F68">
        <w:trPr>
          <w:jc w:val="center"/>
        </w:trPr>
        <w:tc>
          <w:tcPr>
            <w:tcW w:w="3544" w:type="dxa"/>
            <w:shd w:val="clear" w:color="auto" w:fill="EDEDED"/>
            <w:vAlign w:val="center"/>
          </w:tcPr>
          <w:p w14:paraId="1BAEBF99" w14:textId="77777777" w:rsidR="006C6FD5" w:rsidRPr="00182F68" w:rsidRDefault="00000000">
            <w:pPr>
              <w:spacing w:line="240" w:lineRule="auto"/>
              <w:jc w:val="center"/>
              <w:rPr>
                <w:bCs/>
                <w:szCs w:val="21"/>
              </w:rPr>
            </w:pPr>
            <w:proofErr w:type="spellStart"/>
            <w:r w:rsidRPr="00182F68">
              <w:rPr>
                <w:bCs/>
                <w:szCs w:val="21"/>
              </w:rPr>
              <w:t>所在地</w:t>
            </w:r>
            <w:proofErr w:type="spellEnd"/>
          </w:p>
        </w:tc>
        <w:tc>
          <w:tcPr>
            <w:tcW w:w="1985" w:type="dxa"/>
            <w:shd w:val="clear" w:color="auto" w:fill="EDEDED"/>
            <w:vAlign w:val="center"/>
          </w:tcPr>
          <w:p w14:paraId="19F908B5" w14:textId="77777777" w:rsidR="006C6FD5" w:rsidRPr="00182F68" w:rsidRDefault="00000000">
            <w:pPr>
              <w:spacing w:line="240" w:lineRule="auto"/>
              <w:jc w:val="center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区分</w:t>
            </w:r>
          </w:p>
        </w:tc>
        <w:tc>
          <w:tcPr>
            <w:tcW w:w="2126" w:type="dxa"/>
            <w:shd w:val="clear" w:color="auto" w:fill="EDEDED"/>
            <w:vAlign w:val="center"/>
          </w:tcPr>
          <w:p w14:paraId="01CFBD1B" w14:textId="77777777" w:rsidR="006C6FD5" w:rsidRPr="00182F68" w:rsidRDefault="00000000">
            <w:pPr>
              <w:spacing w:line="240" w:lineRule="auto"/>
              <w:jc w:val="center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地目</w:t>
            </w:r>
          </w:p>
        </w:tc>
        <w:tc>
          <w:tcPr>
            <w:tcW w:w="1757" w:type="dxa"/>
            <w:shd w:val="clear" w:color="auto" w:fill="EDEDED"/>
            <w:vAlign w:val="center"/>
          </w:tcPr>
          <w:p w14:paraId="199674E0" w14:textId="77777777" w:rsidR="006C6FD5" w:rsidRPr="00182F68" w:rsidRDefault="00000000">
            <w:pPr>
              <w:spacing w:line="240" w:lineRule="auto"/>
              <w:jc w:val="center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地積（㎡）</w:t>
            </w:r>
          </w:p>
        </w:tc>
      </w:tr>
      <w:tr w:rsidR="006C6FD5" w:rsidRPr="00182F68" w14:paraId="72ABE79A" w14:textId="77777777" w:rsidTr="00182F68">
        <w:trPr>
          <w:jc w:val="center"/>
        </w:trPr>
        <w:tc>
          <w:tcPr>
            <w:tcW w:w="3544" w:type="dxa"/>
            <w:vAlign w:val="center"/>
          </w:tcPr>
          <w:p w14:paraId="1196E7D4" w14:textId="77777777" w:rsidR="006C6FD5" w:rsidRPr="00182F68" w:rsidRDefault="00000000">
            <w:pPr>
              <w:spacing w:line="240" w:lineRule="auto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長洲町大字梅田字辻居屋敷459番1</w:t>
            </w:r>
          </w:p>
        </w:tc>
        <w:tc>
          <w:tcPr>
            <w:tcW w:w="1985" w:type="dxa"/>
            <w:vAlign w:val="center"/>
          </w:tcPr>
          <w:p w14:paraId="65486763" w14:textId="77777777" w:rsidR="006C6FD5" w:rsidRPr="00182F68" w:rsidRDefault="00000000">
            <w:pPr>
              <w:spacing w:line="240" w:lineRule="auto"/>
              <w:jc w:val="center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土地</w:t>
            </w:r>
          </w:p>
        </w:tc>
        <w:tc>
          <w:tcPr>
            <w:tcW w:w="2126" w:type="dxa"/>
            <w:vAlign w:val="center"/>
          </w:tcPr>
          <w:p w14:paraId="25B323B9" w14:textId="77777777" w:rsidR="006C6FD5" w:rsidRPr="00182F68" w:rsidRDefault="00000000">
            <w:pPr>
              <w:spacing w:line="240" w:lineRule="auto"/>
              <w:jc w:val="center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宅地</w:t>
            </w:r>
          </w:p>
        </w:tc>
        <w:tc>
          <w:tcPr>
            <w:tcW w:w="1757" w:type="dxa"/>
            <w:vAlign w:val="center"/>
          </w:tcPr>
          <w:p w14:paraId="646E331E" w14:textId="77777777" w:rsidR="006C6FD5" w:rsidRPr="00182F68" w:rsidRDefault="00000000">
            <w:pPr>
              <w:spacing w:line="240" w:lineRule="auto"/>
              <w:jc w:val="center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243.78</w:t>
            </w:r>
          </w:p>
        </w:tc>
      </w:tr>
    </w:tbl>
    <w:p w14:paraId="47E0F9C1" w14:textId="77777777" w:rsidR="006C6FD5" w:rsidRPr="00182F68" w:rsidRDefault="006C6FD5">
      <w:pPr>
        <w:spacing w:after="160"/>
        <w:rPr>
          <w:bCs/>
          <w:szCs w:val="21"/>
        </w:rPr>
      </w:pPr>
    </w:p>
    <w:p w14:paraId="1CDA2FDE" w14:textId="77777777" w:rsidR="006C6FD5" w:rsidRPr="00182F68" w:rsidRDefault="00000000">
      <w:pPr>
        <w:spacing w:after="160"/>
        <w:rPr>
          <w:bCs/>
          <w:szCs w:val="21"/>
          <w:lang w:eastAsia="ja-JP"/>
        </w:rPr>
      </w:pPr>
      <w:r w:rsidRPr="00182F68">
        <w:rPr>
          <w:bCs/>
          <w:szCs w:val="21"/>
          <w:lang w:eastAsia="ja-JP"/>
        </w:rPr>
        <w:t>下記の者を代理人と定め、入札に関する一切の権限を委任します。</w:t>
      </w:r>
    </w:p>
    <w:p w14:paraId="796B0773" w14:textId="77777777" w:rsidR="006C6FD5" w:rsidRPr="00182F68" w:rsidRDefault="00000000">
      <w:pPr>
        <w:spacing w:after="120"/>
        <w:jc w:val="center"/>
        <w:rPr>
          <w:bCs/>
          <w:szCs w:val="21"/>
        </w:rPr>
      </w:pPr>
      <w:r w:rsidRPr="00182F68">
        <w:rPr>
          <w:bCs/>
          <w:szCs w:val="21"/>
        </w:rPr>
        <w:t>記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9412"/>
      </w:tblGrid>
      <w:tr w:rsidR="00182F68" w:rsidRPr="00182F68" w14:paraId="5FBCF929" w14:textId="77777777" w:rsidTr="00182F68">
        <w:trPr>
          <w:jc w:val="center"/>
        </w:trPr>
        <w:tc>
          <w:tcPr>
            <w:tcW w:w="9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0C57F" w14:textId="77777777" w:rsidR="00182F68" w:rsidRPr="00182F68" w:rsidRDefault="00182F68">
            <w:pPr>
              <w:spacing w:line="240" w:lineRule="auto"/>
              <w:rPr>
                <w:bCs/>
                <w:szCs w:val="21"/>
                <w:lang w:eastAsia="ja-JP"/>
              </w:rPr>
            </w:pPr>
            <w:proofErr w:type="spellStart"/>
            <w:r w:rsidRPr="00182F68">
              <w:rPr>
                <w:bCs/>
                <w:szCs w:val="21"/>
              </w:rPr>
              <w:t>代理人住所</w:t>
            </w:r>
            <w:proofErr w:type="spellEnd"/>
          </w:p>
          <w:p w14:paraId="037CA46F" w14:textId="2422FE6E" w:rsidR="00182F68" w:rsidRPr="00182F68" w:rsidRDefault="00182F68">
            <w:pPr>
              <w:spacing w:line="240" w:lineRule="auto"/>
              <w:rPr>
                <w:rFonts w:hint="eastAsia"/>
                <w:bCs/>
                <w:szCs w:val="21"/>
                <w:lang w:eastAsia="ja-JP"/>
              </w:rPr>
            </w:pPr>
          </w:p>
        </w:tc>
      </w:tr>
      <w:tr w:rsidR="00182F68" w:rsidRPr="00182F68" w14:paraId="3F992E52" w14:textId="77777777" w:rsidTr="00182F68">
        <w:trPr>
          <w:jc w:val="center"/>
        </w:trPr>
        <w:tc>
          <w:tcPr>
            <w:tcW w:w="9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A436B" w14:textId="4CD80631" w:rsidR="00182F68" w:rsidRPr="00182F68" w:rsidRDefault="00182F68" w:rsidP="00182F68">
            <w:pPr>
              <w:spacing w:line="240" w:lineRule="auto"/>
              <w:rPr>
                <w:bCs/>
                <w:szCs w:val="21"/>
              </w:rPr>
            </w:pPr>
            <w:proofErr w:type="spellStart"/>
            <w:r w:rsidRPr="00182F68">
              <w:rPr>
                <w:bCs/>
                <w:szCs w:val="21"/>
              </w:rPr>
              <w:t>代理人氏名</w:t>
            </w:r>
            <w:proofErr w:type="spellEnd"/>
            <w:r w:rsidRPr="00182F68">
              <w:rPr>
                <w:rFonts w:hint="eastAsia"/>
                <w:bCs/>
                <w:szCs w:val="21"/>
                <w:lang w:eastAsia="ja-JP"/>
              </w:rPr>
              <w:t xml:space="preserve">　　　　　　　　　　　　　　　　　　</w:t>
            </w:r>
            <w:r w:rsidRPr="00182F68">
              <w:rPr>
                <w:bCs/>
                <w:szCs w:val="21"/>
              </w:rPr>
              <w:t>印</w:t>
            </w:r>
          </w:p>
        </w:tc>
      </w:tr>
    </w:tbl>
    <w:p w14:paraId="64E7A611" w14:textId="77777777" w:rsidR="006C6FD5" w:rsidRPr="00182F68" w:rsidRDefault="006C6FD5">
      <w:pPr>
        <w:spacing w:after="200"/>
        <w:rPr>
          <w:bCs/>
          <w:szCs w:val="21"/>
        </w:rPr>
      </w:pPr>
    </w:p>
    <w:p w14:paraId="25DABA9C" w14:textId="77777777" w:rsidR="006C6FD5" w:rsidRPr="00182F68" w:rsidRDefault="00000000">
      <w:pPr>
        <w:spacing w:after="120"/>
        <w:jc w:val="right"/>
        <w:rPr>
          <w:bCs/>
          <w:szCs w:val="21"/>
        </w:rPr>
      </w:pPr>
      <w:r w:rsidRPr="00182F68">
        <w:rPr>
          <w:bCs/>
          <w:szCs w:val="21"/>
        </w:rPr>
        <w:t>令和8年11月27日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06"/>
        <w:gridCol w:w="4706"/>
      </w:tblGrid>
      <w:tr w:rsidR="006C6FD5" w:rsidRPr="00182F68" w14:paraId="219D7186" w14:textId="77777777">
        <w:trPr>
          <w:jc w:val="right"/>
        </w:trPr>
        <w:tc>
          <w:tcPr>
            <w:tcW w:w="4706" w:type="dxa"/>
            <w:vAlign w:val="center"/>
          </w:tcPr>
          <w:p w14:paraId="6A419451" w14:textId="77777777" w:rsidR="006C6FD5" w:rsidRPr="00182F68" w:rsidRDefault="00000000">
            <w:pPr>
              <w:spacing w:line="240" w:lineRule="auto"/>
              <w:rPr>
                <w:bCs/>
                <w:szCs w:val="21"/>
                <w:lang w:eastAsia="ja-JP"/>
              </w:rPr>
            </w:pPr>
            <w:proofErr w:type="spellStart"/>
            <w:r w:rsidRPr="00182F68">
              <w:rPr>
                <w:bCs/>
                <w:szCs w:val="21"/>
              </w:rPr>
              <w:t>委任者住所</w:t>
            </w:r>
            <w:proofErr w:type="spellEnd"/>
          </w:p>
          <w:p w14:paraId="5335C3BE" w14:textId="77777777" w:rsidR="00182F68" w:rsidRPr="00182F68" w:rsidRDefault="00182F68">
            <w:pPr>
              <w:spacing w:line="240" w:lineRule="auto"/>
              <w:rPr>
                <w:rFonts w:hint="eastAsia"/>
                <w:bCs/>
                <w:szCs w:val="21"/>
                <w:lang w:eastAsia="ja-JP"/>
              </w:rPr>
            </w:pPr>
          </w:p>
        </w:tc>
        <w:tc>
          <w:tcPr>
            <w:tcW w:w="4706" w:type="dxa"/>
            <w:vAlign w:val="center"/>
          </w:tcPr>
          <w:p w14:paraId="50A33E64" w14:textId="77777777" w:rsidR="006C6FD5" w:rsidRPr="00182F68" w:rsidRDefault="006C6FD5">
            <w:pPr>
              <w:spacing w:line="240" w:lineRule="auto"/>
              <w:rPr>
                <w:bCs/>
                <w:szCs w:val="21"/>
              </w:rPr>
            </w:pPr>
          </w:p>
        </w:tc>
      </w:tr>
      <w:tr w:rsidR="006C6FD5" w:rsidRPr="00182F68" w14:paraId="15A7EA3B" w14:textId="77777777">
        <w:trPr>
          <w:jc w:val="right"/>
        </w:trPr>
        <w:tc>
          <w:tcPr>
            <w:tcW w:w="4706" w:type="dxa"/>
            <w:vAlign w:val="center"/>
          </w:tcPr>
          <w:p w14:paraId="3018EA70" w14:textId="6A8C60F4" w:rsidR="006C6FD5" w:rsidRPr="00182F68" w:rsidRDefault="00000000">
            <w:pPr>
              <w:spacing w:line="240" w:lineRule="auto"/>
              <w:rPr>
                <w:bCs/>
                <w:szCs w:val="21"/>
                <w:lang w:eastAsia="ja-JP"/>
              </w:rPr>
            </w:pPr>
            <w:r w:rsidRPr="00182F68">
              <w:rPr>
                <w:bCs/>
                <w:szCs w:val="21"/>
                <w:lang w:eastAsia="ja-JP"/>
              </w:rPr>
              <w:t>氏名又は法人名・代表者名</w:t>
            </w:r>
            <w:r w:rsidR="00182F68" w:rsidRPr="00182F68">
              <w:rPr>
                <w:rFonts w:hint="eastAsia"/>
                <w:bCs/>
                <w:szCs w:val="21"/>
                <w:lang w:eastAsia="ja-JP"/>
              </w:rPr>
              <w:t xml:space="preserve">　　　　　　　　　</w:t>
            </w:r>
          </w:p>
        </w:tc>
        <w:tc>
          <w:tcPr>
            <w:tcW w:w="4706" w:type="dxa"/>
            <w:vAlign w:val="center"/>
          </w:tcPr>
          <w:p w14:paraId="46E68C79" w14:textId="26705DBD" w:rsidR="006C6FD5" w:rsidRPr="00182F68" w:rsidRDefault="00182F68">
            <w:pPr>
              <w:spacing w:line="240" w:lineRule="auto"/>
              <w:rPr>
                <w:bCs/>
                <w:szCs w:val="21"/>
              </w:rPr>
            </w:pPr>
            <w:r w:rsidRPr="00182F68">
              <w:rPr>
                <w:bCs/>
                <w:szCs w:val="21"/>
              </w:rPr>
              <w:t>印</w:t>
            </w:r>
            <w:r w:rsidR="00000000" w:rsidRPr="00182F68">
              <w:rPr>
                <w:bCs/>
                <w:szCs w:val="21"/>
                <w:lang w:eastAsia="ja-JP"/>
              </w:rPr>
              <w:t xml:space="preserve">　　　　　　　　　　　　　　　　</w:t>
            </w:r>
          </w:p>
        </w:tc>
      </w:tr>
      <w:tr w:rsidR="006C6FD5" w:rsidRPr="00182F68" w14:paraId="7B84E476" w14:textId="77777777">
        <w:trPr>
          <w:jc w:val="right"/>
        </w:trPr>
        <w:tc>
          <w:tcPr>
            <w:tcW w:w="4706" w:type="dxa"/>
            <w:vAlign w:val="center"/>
          </w:tcPr>
          <w:p w14:paraId="704E5346" w14:textId="77777777" w:rsidR="00182F68" w:rsidRPr="00182F68" w:rsidRDefault="00182F68">
            <w:pPr>
              <w:spacing w:line="240" w:lineRule="auto"/>
              <w:rPr>
                <w:bCs/>
                <w:szCs w:val="21"/>
                <w:lang w:eastAsia="ja-JP"/>
              </w:rPr>
            </w:pPr>
          </w:p>
          <w:p w14:paraId="65D19EF7" w14:textId="70E3DAD0" w:rsidR="006C6FD5" w:rsidRPr="00182F68" w:rsidRDefault="00000000">
            <w:pPr>
              <w:spacing w:line="240" w:lineRule="auto"/>
              <w:rPr>
                <w:bCs/>
                <w:szCs w:val="21"/>
              </w:rPr>
            </w:pPr>
            <w:proofErr w:type="spellStart"/>
            <w:r w:rsidRPr="00182F68">
              <w:rPr>
                <w:bCs/>
                <w:szCs w:val="21"/>
              </w:rPr>
              <w:t>電話番号</w:t>
            </w:r>
            <w:proofErr w:type="spellEnd"/>
          </w:p>
        </w:tc>
        <w:tc>
          <w:tcPr>
            <w:tcW w:w="4706" w:type="dxa"/>
            <w:vAlign w:val="center"/>
          </w:tcPr>
          <w:p w14:paraId="35CC5926" w14:textId="77777777" w:rsidR="006C6FD5" w:rsidRPr="00182F68" w:rsidRDefault="006C6FD5">
            <w:pPr>
              <w:spacing w:line="240" w:lineRule="auto"/>
              <w:rPr>
                <w:bCs/>
                <w:szCs w:val="21"/>
              </w:rPr>
            </w:pPr>
          </w:p>
        </w:tc>
      </w:tr>
    </w:tbl>
    <w:p w14:paraId="343D8505" w14:textId="77777777" w:rsidR="006C6FD5" w:rsidRPr="00182F68" w:rsidRDefault="00000000">
      <w:pPr>
        <w:spacing w:before="160"/>
        <w:rPr>
          <w:bCs/>
          <w:szCs w:val="21"/>
          <w:lang w:eastAsia="ja-JP"/>
        </w:rPr>
      </w:pPr>
      <w:r w:rsidRPr="00182F68">
        <w:rPr>
          <w:bCs/>
          <w:szCs w:val="21"/>
          <w:lang w:eastAsia="ja-JP"/>
        </w:rPr>
        <w:t>※委任者の印鑑登録証明書を添付してください。</w:t>
      </w:r>
    </w:p>
    <w:sectPr w:rsidR="006C6FD5" w:rsidRPr="00182F68" w:rsidSect="00034616">
      <w:pgSz w:w="11906" w:h="16838"/>
      <w:pgMar w:top="107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9581024">
    <w:abstractNumId w:val="8"/>
  </w:num>
  <w:num w:numId="2" w16cid:durableId="516621170">
    <w:abstractNumId w:val="6"/>
  </w:num>
  <w:num w:numId="3" w16cid:durableId="1403677735">
    <w:abstractNumId w:val="5"/>
  </w:num>
  <w:num w:numId="4" w16cid:durableId="1213930136">
    <w:abstractNumId w:val="4"/>
  </w:num>
  <w:num w:numId="5" w16cid:durableId="793864157">
    <w:abstractNumId w:val="7"/>
  </w:num>
  <w:num w:numId="6" w16cid:durableId="1636058442">
    <w:abstractNumId w:val="3"/>
  </w:num>
  <w:num w:numId="7" w16cid:durableId="1216157336">
    <w:abstractNumId w:val="2"/>
  </w:num>
  <w:num w:numId="8" w16cid:durableId="201943230">
    <w:abstractNumId w:val="1"/>
  </w:num>
  <w:num w:numId="9" w16cid:durableId="42952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F68"/>
    <w:rsid w:val="0029639D"/>
    <w:rsid w:val="00326F90"/>
    <w:rsid w:val="006C6FD5"/>
    <w:rsid w:val="0097537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2ABE30"/>
  <w14:defaultImageDpi w14:val="300"/>
  <w15:docId w15:val="{2C4832D6-B42A-4770-9860-D8449D48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69" w:lineRule="auto"/>
    </w:pPr>
    <w:rPr>
      <w:rFonts w:ascii="ＭＳ 明朝" w:eastAsia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 </cp:lastModifiedBy>
  <cp:revision>2</cp:revision>
  <dcterms:created xsi:type="dcterms:W3CDTF">2013-12-23T23:15:00Z</dcterms:created>
  <dcterms:modified xsi:type="dcterms:W3CDTF">2026-09-08T09:11:00Z</dcterms:modified>
  <cp:category/>
</cp:coreProperties>
</file>