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AE185" w14:textId="77777777" w:rsidR="00942937" w:rsidRDefault="00000000">
      <w:r>
        <w:rPr>
          <w:sz w:val="18"/>
        </w:rPr>
        <w:t>様式第4号</w:t>
      </w:r>
    </w:p>
    <w:p w14:paraId="205A9B1D" w14:textId="77777777" w:rsidR="00942937" w:rsidRDefault="00000000">
      <w:pPr>
        <w:spacing w:after="200"/>
        <w:jc w:val="center"/>
      </w:pPr>
      <w:r>
        <w:rPr>
          <w:b/>
          <w:sz w:val="32"/>
        </w:rPr>
        <w:t>代　表　者　選　任　届</w:t>
      </w:r>
    </w:p>
    <w:p w14:paraId="4EFD5B4F" w14:textId="77777777" w:rsidR="00942937" w:rsidRDefault="00000000">
      <w:pPr>
        <w:spacing w:after="160"/>
        <w:rPr>
          <w:lang w:eastAsia="ja-JP"/>
        </w:rPr>
      </w:pPr>
      <w:r>
        <w:rPr>
          <w:lang w:eastAsia="ja-JP"/>
        </w:rPr>
        <w:t>令和8年11月27日執行の梅田字辻居屋敷459番1の町有地売払いについては、共有申込人のうちから下記の者を代表者に選任しましたので届けます。</w:t>
      </w:r>
    </w:p>
    <w:p w14:paraId="68A4D33E" w14:textId="77777777" w:rsidR="00942937" w:rsidRDefault="00000000">
      <w:pPr>
        <w:spacing w:after="120"/>
        <w:jc w:val="center"/>
      </w:pPr>
      <w:r>
        <w:rPr>
          <w:b/>
        </w:rPr>
        <w:t>記</w:t>
      </w:r>
    </w:p>
    <w:tbl>
      <w:tblPr>
        <w:tblStyle w:val="afe"/>
        <w:tblW w:w="0" w:type="auto"/>
        <w:jc w:val="center"/>
        <w:tblLook w:val="04A0" w:firstRow="1" w:lastRow="0" w:firstColumn="1" w:lastColumn="0" w:noHBand="0" w:noVBand="1"/>
      </w:tblPr>
      <w:tblGrid>
        <w:gridCol w:w="3213"/>
        <w:gridCol w:w="3213"/>
        <w:gridCol w:w="3213"/>
      </w:tblGrid>
      <w:tr w:rsidR="00942937" w14:paraId="4D627668" w14:textId="77777777">
        <w:trPr>
          <w:jc w:val="center"/>
        </w:trPr>
        <w:tc>
          <w:tcPr>
            <w:tcW w:w="3213" w:type="dxa"/>
            <w:shd w:val="clear" w:color="auto" w:fill="EDEDED"/>
            <w:vAlign w:val="center"/>
          </w:tcPr>
          <w:p w14:paraId="1648E0CB" w14:textId="77777777" w:rsidR="00942937" w:rsidRDefault="00000000">
            <w:pPr>
              <w:spacing w:line="240" w:lineRule="auto"/>
              <w:jc w:val="center"/>
            </w:pPr>
            <w:r>
              <w:rPr>
                <w:b/>
                <w:sz w:val="19"/>
              </w:rPr>
              <w:t>住所</w:t>
            </w:r>
          </w:p>
        </w:tc>
        <w:tc>
          <w:tcPr>
            <w:tcW w:w="3213" w:type="dxa"/>
            <w:shd w:val="clear" w:color="auto" w:fill="EDEDED"/>
            <w:vAlign w:val="center"/>
          </w:tcPr>
          <w:p w14:paraId="04E49B79" w14:textId="77777777" w:rsidR="00942937" w:rsidRDefault="00000000">
            <w:pPr>
              <w:spacing w:line="240" w:lineRule="auto"/>
              <w:jc w:val="center"/>
            </w:pPr>
            <w:r>
              <w:rPr>
                <w:b/>
                <w:sz w:val="19"/>
              </w:rPr>
              <w:t>氏名</w:t>
            </w:r>
          </w:p>
        </w:tc>
        <w:tc>
          <w:tcPr>
            <w:tcW w:w="3213" w:type="dxa"/>
            <w:shd w:val="clear" w:color="auto" w:fill="EDEDED"/>
            <w:vAlign w:val="center"/>
          </w:tcPr>
          <w:p w14:paraId="512D2E9F" w14:textId="77777777" w:rsidR="00942937" w:rsidRDefault="00000000">
            <w:pPr>
              <w:spacing w:line="240" w:lineRule="auto"/>
              <w:jc w:val="center"/>
            </w:pPr>
            <w:r>
              <w:rPr>
                <w:b/>
                <w:sz w:val="19"/>
              </w:rPr>
              <w:t>生年月日</w:t>
            </w:r>
          </w:p>
        </w:tc>
      </w:tr>
      <w:tr w:rsidR="00942937" w14:paraId="13ADBF0C" w14:textId="77777777" w:rsidTr="00E25E84">
        <w:trPr>
          <w:trHeight w:val="733"/>
          <w:jc w:val="center"/>
        </w:trPr>
        <w:tc>
          <w:tcPr>
            <w:tcW w:w="3213" w:type="dxa"/>
            <w:vAlign w:val="center"/>
          </w:tcPr>
          <w:p w14:paraId="55655C28" w14:textId="77777777" w:rsidR="00942937" w:rsidRDefault="00942937">
            <w:pPr>
              <w:spacing w:line="240" w:lineRule="auto"/>
            </w:pPr>
          </w:p>
        </w:tc>
        <w:tc>
          <w:tcPr>
            <w:tcW w:w="3213" w:type="dxa"/>
            <w:vAlign w:val="center"/>
          </w:tcPr>
          <w:p w14:paraId="2C8D4559" w14:textId="77777777" w:rsidR="00942937" w:rsidRDefault="00942937">
            <w:pPr>
              <w:spacing w:line="240" w:lineRule="auto"/>
            </w:pPr>
          </w:p>
        </w:tc>
        <w:tc>
          <w:tcPr>
            <w:tcW w:w="3213" w:type="dxa"/>
            <w:vAlign w:val="center"/>
          </w:tcPr>
          <w:p w14:paraId="42AA2081" w14:textId="77777777" w:rsidR="00942937" w:rsidRDefault="00942937">
            <w:pPr>
              <w:spacing w:line="240" w:lineRule="auto"/>
            </w:pPr>
          </w:p>
        </w:tc>
      </w:tr>
    </w:tbl>
    <w:p w14:paraId="0B86DC18" w14:textId="77777777" w:rsidR="00942937" w:rsidRDefault="00942937">
      <w:pPr>
        <w:spacing w:after="200"/>
      </w:pPr>
    </w:p>
    <w:p w14:paraId="4FB6490D" w14:textId="77777777" w:rsidR="00942937" w:rsidRDefault="00000000">
      <w:pPr>
        <w:spacing w:after="120"/>
        <w:jc w:val="right"/>
      </w:pPr>
      <w:r>
        <w:t>令和　　年　　月　　日</w:t>
      </w:r>
    </w:p>
    <w:p w14:paraId="1F1D6ABD" w14:textId="77777777" w:rsidR="00942937" w:rsidRDefault="00000000">
      <w:pPr>
        <w:spacing w:after="100"/>
      </w:pPr>
      <w:r>
        <w:t>長洲町長　田成　修一　様</w:t>
      </w:r>
    </w:p>
    <w:p w14:paraId="4694A788" w14:textId="77777777" w:rsidR="00942937" w:rsidRDefault="00000000">
      <w:pPr>
        <w:spacing w:after="60"/>
      </w:pPr>
      <w:r>
        <w:rPr>
          <w:b/>
        </w:rPr>
        <w:t>共有申込人</w:t>
      </w:r>
    </w:p>
    <w:tbl>
      <w:tblPr>
        <w:tblStyle w:val="afe"/>
        <w:tblW w:w="0" w:type="auto"/>
        <w:jc w:val="center"/>
        <w:tblLook w:val="04A0" w:firstRow="1" w:lastRow="0" w:firstColumn="1" w:lastColumn="0" w:noHBand="0" w:noVBand="1"/>
      </w:tblPr>
      <w:tblGrid>
        <w:gridCol w:w="3213"/>
        <w:gridCol w:w="3213"/>
        <w:gridCol w:w="3213"/>
      </w:tblGrid>
      <w:tr w:rsidR="00942937" w14:paraId="397E07E2" w14:textId="77777777">
        <w:trPr>
          <w:jc w:val="center"/>
        </w:trPr>
        <w:tc>
          <w:tcPr>
            <w:tcW w:w="3213" w:type="dxa"/>
            <w:shd w:val="clear" w:color="auto" w:fill="EDEDED"/>
            <w:vAlign w:val="center"/>
          </w:tcPr>
          <w:p w14:paraId="4FEBE233" w14:textId="77777777" w:rsidR="00942937" w:rsidRDefault="00000000">
            <w:pPr>
              <w:spacing w:line="240" w:lineRule="auto"/>
              <w:jc w:val="center"/>
            </w:pPr>
            <w:r>
              <w:rPr>
                <w:b/>
                <w:sz w:val="19"/>
              </w:rPr>
              <w:t>住所</w:t>
            </w:r>
          </w:p>
        </w:tc>
        <w:tc>
          <w:tcPr>
            <w:tcW w:w="3213" w:type="dxa"/>
            <w:shd w:val="clear" w:color="auto" w:fill="EDEDED"/>
            <w:vAlign w:val="center"/>
          </w:tcPr>
          <w:p w14:paraId="2751978B" w14:textId="77777777" w:rsidR="00942937" w:rsidRDefault="00000000">
            <w:pPr>
              <w:spacing w:line="240" w:lineRule="auto"/>
              <w:jc w:val="center"/>
            </w:pPr>
            <w:r>
              <w:rPr>
                <w:b/>
                <w:sz w:val="19"/>
              </w:rPr>
              <w:t>氏名</w:t>
            </w:r>
          </w:p>
        </w:tc>
        <w:tc>
          <w:tcPr>
            <w:tcW w:w="3213" w:type="dxa"/>
            <w:shd w:val="clear" w:color="auto" w:fill="EDEDED"/>
            <w:vAlign w:val="center"/>
          </w:tcPr>
          <w:p w14:paraId="002F813F" w14:textId="77777777" w:rsidR="00942937" w:rsidRDefault="00000000">
            <w:pPr>
              <w:spacing w:line="240" w:lineRule="auto"/>
              <w:jc w:val="center"/>
            </w:pPr>
            <w:r>
              <w:rPr>
                <w:b/>
                <w:sz w:val="19"/>
              </w:rPr>
              <w:t>権利の持分</w:t>
            </w:r>
          </w:p>
        </w:tc>
      </w:tr>
      <w:tr w:rsidR="00942937" w14:paraId="4A5872BC" w14:textId="77777777" w:rsidTr="00E25E84">
        <w:trPr>
          <w:trHeight w:val="567"/>
          <w:jc w:val="center"/>
        </w:trPr>
        <w:tc>
          <w:tcPr>
            <w:tcW w:w="3213" w:type="dxa"/>
            <w:vAlign w:val="center"/>
          </w:tcPr>
          <w:p w14:paraId="33013335" w14:textId="77777777" w:rsidR="00942937" w:rsidRDefault="00942937">
            <w:pPr>
              <w:spacing w:line="240" w:lineRule="auto"/>
            </w:pPr>
          </w:p>
        </w:tc>
        <w:tc>
          <w:tcPr>
            <w:tcW w:w="3213" w:type="dxa"/>
            <w:vAlign w:val="center"/>
          </w:tcPr>
          <w:p w14:paraId="501652C4" w14:textId="1594740C" w:rsidR="00942937" w:rsidRDefault="00000000">
            <w:pPr>
              <w:spacing w:line="240" w:lineRule="auto"/>
            </w:pPr>
            <w:r>
              <w:rPr>
                <w:sz w:val="19"/>
              </w:rPr>
              <w:t xml:space="preserve">　　　　　　　　　　　</w:t>
            </w:r>
            <w:r w:rsidR="00E25E84">
              <w:rPr>
                <w:rFonts w:hint="eastAsia"/>
                <w:sz w:val="19"/>
                <w:lang w:eastAsia="ja-JP"/>
              </w:rPr>
              <w:t xml:space="preserve">　　</w:t>
            </w:r>
            <w:r>
              <w:rPr>
                <w:sz w:val="19"/>
              </w:rPr>
              <w:t>印</w:t>
            </w:r>
          </w:p>
        </w:tc>
        <w:tc>
          <w:tcPr>
            <w:tcW w:w="3213" w:type="dxa"/>
            <w:vAlign w:val="center"/>
          </w:tcPr>
          <w:p w14:paraId="0372133B" w14:textId="77777777" w:rsidR="00942937" w:rsidRDefault="00942937">
            <w:pPr>
              <w:spacing w:line="240" w:lineRule="auto"/>
            </w:pPr>
          </w:p>
        </w:tc>
      </w:tr>
      <w:tr w:rsidR="00942937" w14:paraId="3AE74DFB" w14:textId="77777777" w:rsidTr="00E25E84">
        <w:trPr>
          <w:trHeight w:val="567"/>
          <w:jc w:val="center"/>
        </w:trPr>
        <w:tc>
          <w:tcPr>
            <w:tcW w:w="3213" w:type="dxa"/>
            <w:vAlign w:val="center"/>
          </w:tcPr>
          <w:p w14:paraId="3E3667E5" w14:textId="77777777" w:rsidR="00942937" w:rsidRDefault="00942937">
            <w:pPr>
              <w:spacing w:line="240" w:lineRule="auto"/>
            </w:pPr>
          </w:p>
        </w:tc>
        <w:tc>
          <w:tcPr>
            <w:tcW w:w="3213" w:type="dxa"/>
            <w:vAlign w:val="center"/>
          </w:tcPr>
          <w:p w14:paraId="483C8E9D" w14:textId="30FC1232" w:rsidR="00942937" w:rsidRDefault="00000000">
            <w:pPr>
              <w:spacing w:line="240" w:lineRule="auto"/>
            </w:pPr>
            <w:r>
              <w:rPr>
                <w:sz w:val="19"/>
              </w:rPr>
              <w:t xml:space="preserve">　　　　　　　　　　</w:t>
            </w:r>
            <w:r w:rsidR="00E25E84">
              <w:rPr>
                <w:rFonts w:hint="eastAsia"/>
                <w:sz w:val="19"/>
                <w:lang w:eastAsia="ja-JP"/>
              </w:rPr>
              <w:t xml:space="preserve">　　</w:t>
            </w:r>
            <w:r>
              <w:rPr>
                <w:sz w:val="19"/>
              </w:rPr>
              <w:t xml:space="preserve">　印</w:t>
            </w:r>
          </w:p>
        </w:tc>
        <w:tc>
          <w:tcPr>
            <w:tcW w:w="3213" w:type="dxa"/>
            <w:vAlign w:val="center"/>
          </w:tcPr>
          <w:p w14:paraId="5637EF61" w14:textId="77777777" w:rsidR="00942937" w:rsidRDefault="00942937">
            <w:pPr>
              <w:spacing w:line="240" w:lineRule="auto"/>
            </w:pPr>
          </w:p>
        </w:tc>
      </w:tr>
      <w:tr w:rsidR="00942937" w14:paraId="2CC5DFD0" w14:textId="77777777" w:rsidTr="00E25E84">
        <w:trPr>
          <w:trHeight w:val="567"/>
          <w:jc w:val="center"/>
        </w:trPr>
        <w:tc>
          <w:tcPr>
            <w:tcW w:w="3213" w:type="dxa"/>
            <w:vAlign w:val="center"/>
          </w:tcPr>
          <w:p w14:paraId="56A765AE" w14:textId="77777777" w:rsidR="00942937" w:rsidRDefault="00942937">
            <w:pPr>
              <w:spacing w:line="240" w:lineRule="auto"/>
            </w:pPr>
          </w:p>
        </w:tc>
        <w:tc>
          <w:tcPr>
            <w:tcW w:w="3213" w:type="dxa"/>
            <w:vAlign w:val="center"/>
          </w:tcPr>
          <w:p w14:paraId="6EF4B9B2" w14:textId="714DEDB5" w:rsidR="00942937" w:rsidRDefault="00000000">
            <w:pPr>
              <w:spacing w:line="240" w:lineRule="auto"/>
            </w:pPr>
            <w:r>
              <w:rPr>
                <w:sz w:val="19"/>
              </w:rPr>
              <w:t xml:space="preserve">　　　　　　　　　　</w:t>
            </w:r>
            <w:r w:rsidR="00E25E84">
              <w:rPr>
                <w:rFonts w:hint="eastAsia"/>
                <w:sz w:val="19"/>
                <w:lang w:eastAsia="ja-JP"/>
              </w:rPr>
              <w:t xml:space="preserve">　　</w:t>
            </w:r>
            <w:r>
              <w:rPr>
                <w:sz w:val="19"/>
              </w:rPr>
              <w:t xml:space="preserve">　印</w:t>
            </w:r>
          </w:p>
        </w:tc>
        <w:tc>
          <w:tcPr>
            <w:tcW w:w="3213" w:type="dxa"/>
            <w:vAlign w:val="center"/>
          </w:tcPr>
          <w:p w14:paraId="3D84DAAC" w14:textId="77777777" w:rsidR="00942937" w:rsidRDefault="00942937">
            <w:pPr>
              <w:spacing w:line="240" w:lineRule="auto"/>
            </w:pPr>
          </w:p>
        </w:tc>
      </w:tr>
      <w:tr w:rsidR="00942937" w14:paraId="2A6BD7E1" w14:textId="77777777" w:rsidTr="00E25E84">
        <w:trPr>
          <w:trHeight w:val="567"/>
          <w:jc w:val="center"/>
        </w:trPr>
        <w:tc>
          <w:tcPr>
            <w:tcW w:w="3213" w:type="dxa"/>
            <w:vAlign w:val="center"/>
          </w:tcPr>
          <w:p w14:paraId="3E27F48C" w14:textId="77777777" w:rsidR="00942937" w:rsidRDefault="00942937">
            <w:pPr>
              <w:spacing w:line="240" w:lineRule="auto"/>
            </w:pPr>
          </w:p>
        </w:tc>
        <w:tc>
          <w:tcPr>
            <w:tcW w:w="3213" w:type="dxa"/>
            <w:vAlign w:val="center"/>
          </w:tcPr>
          <w:p w14:paraId="1DDD6B5D" w14:textId="3E64624E" w:rsidR="00942937" w:rsidRDefault="00000000">
            <w:pPr>
              <w:spacing w:line="240" w:lineRule="auto"/>
            </w:pPr>
            <w:r>
              <w:rPr>
                <w:sz w:val="19"/>
              </w:rPr>
              <w:t xml:space="preserve">　　　　　　　　　　</w:t>
            </w:r>
            <w:r w:rsidR="00E25E84">
              <w:rPr>
                <w:rFonts w:hint="eastAsia"/>
                <w:sz w:val="19"/>
                <w:lang w:eastAsia="ja-JP"/>
              </w:rPr>
              <w:t xml:space="preserve">　　</w:t>
            </w:r>
            <w:r>
              <w:rPr>
                <w:sz w:val="19"/>
              </w:rPr>
              <w:t xml:space="preserve">　印</w:t>
            </w:r>
          </w:p>
        </w:tc>
        <w:tc>
          <w:tcPr>
            <w:tcW w:w="3213" w:type="dxa"/>
            <w:vAlign w:val="center"/>
          </w:tcPr>
          <w:p w14:paraId="526C93B8" w14:textId="77777777" w:rsidR="00942937" w:rsidRDefault="00942937">
            <w:pPr>
              <w:spacing w:line="240" w:lineRule="auto"/>
            </w:pPr>
          </w:p>
        </w:tc>
      </w:tr>
    </w:tbl>
    <w:p w14:paraId="0645AB02" w14:textId="77777777" w:rsidR="00942937" w:rsidRPr="00E25E84" w:rsidRDefault="00000000">
      <w:pPr>
        <w:spacing w:before="160"/>
        <w:rPr>
          <w:szCs w:val="21"/>
          <w:lang w:eastAsia="ja-JP"/>
        </w:rPr>
      </w:pPr>
      <w:r w:rsidRPr="00E25E84">
        <w:rPr>
          <w:szCs w:val="21"/>
          <w:lang w:eastAsia="ja-JP"/>
        </w:rPr>
        <w:t>※共有申込人全員の印鑑登録証明書を添付してください。</w:t>
      </w:r>
    </w:p>
    <w:sectPr w:rsidR="00942937" w:rsidRPr="00E25E84" w:rsidSect="00034616">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1232543">
    <w:abstractNumId w:val="8"/>
  </w:num>
  <w:num w:numId="2" w16cid:durableId="1928031126">
    <w:abstractNumId w:val="6"/>
  </w:num>
  <w:num w:numId="3" w16cid:durableId="2084184775">
    <w:abstractNumId w:val="5"/>
  </w:num>
  <w:num w:numId="4" w16cid:durableId="2014457120">
    <w:abstractNumId w:val="4"/>
  </w:num>
  <w:num w:numId="5" w16cid:durableId="220946137">
    <w:abstractNumId w:val="7"/>
  </w:num>
  <w:num w:numId="6" w16cid:durableId="1050109953">
    <w:abstractNumId w:val="3"/>
  </w:num>
  <w:num w:numId="7" w16cid:durableId="312560794">
    <w:abstractNumId w:val="2"/>
  </w:num>
  <w:num w:numId="8" w16cid:durableId="1624456725">
    <w:abstractNumId w:val="1"/>
  </w:num>
  <w:num w:numId="9" w16cid:durableId="128538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42937"/>
    <w:rsid w:val="00975374"/>
    <w:rsid w:val="00AA1D8D"/>
    <w:rsid w:val="00B47730"/>
    <w:rsid w:val="00CB0664"/>
    <w:rsid w:val="00E25E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8F414C6"/>
  <w14:defaultImageDpi w14:val="300"/>
  <w15:docId w15:val="{2C4832D6-B42A-4770-9860-D8449D48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69" w:lineRule="auto"/>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Words>
  <Characters>214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lastModifiedBy>
  <cp:revision>2</cp:revision>
  <dcterms:created xsi:type="dcterms:W3CDTF">2013-12-23T23:15:00Z</dcterms:created>
  <dcterms:modified xsi:type="dcterms:W3CDTF">2026-09-08T09:12:00Z</dcterms:modified>
  <cp:category/>
</cp:coreProperties>
</file>