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D2FD7" w14:textId="77777777" w:rsidR="004364A5" w:rsidRDefault="00F44A9B">
      <w:pPr>
        <w:rPr>
          <w:lang w:eastAsia="ja-JP"/>
        </w:rPr>
      </w:pPr>
      <w:r>
        <w:rPr>
          <w:sz w:val="18"/>
          <w:lang w:eastAsia="ja-JP"/>
        </w:rPr>
        <w:t>様式第</w:t>
      </w:r>
      <w:r>
        <w:rPr>
          <w:sz w:val="18"/>
          <w:lang w:eastAsia="ja-JP"/>
        </w:rPr>
        <w:t>5</w:t>
      </w:r>
      <w:r>
        <w:rPr>
          <w:sz w:val="18"/>
          <w:lang w:eastAsia="ja-JP"/>
        </w:rPr>
        <w:t>号</w:t>
      </w:r>
    </w:p>
    <w:p w14:paraId="58C13DD2" w14:textId="77777777" w:rsidR="004364A5" w:rsidRPr="00737F92" w:rsidRDefault="00F44A9B">
      <w:pPr>
        <w:spacing w:after="200"/>
        <w:jc w:val="center"/>
        <w:rPr>
          <w:bCs/>
          <w:lang w:eastAsia="ja-JP"/>
        </w:rPr>
      </w:pPr>
      <w:r w:rsidRPr="00737F92">
        <w:rPr>
          <w:bCs/>
          <w:sz w:val="32"/>
          <w:lang w:eastAsia="ja-JP"/>
        </w:rPr>
        <w:t>町有財産売払い申請書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1276"/>
        <w:gridCol w:w="2409"/>
        <w:gridCol w:w="2153"/>
      </w:tblGrid>
      <w:tr w:rsidR="004364A5" w:rsidRPr="00737F92" w14:paraId="590B5D4C" w14:textId="77777777" w:rsidTr="00737F92">
        <w:trPr>
          <w:jc w:val="center"/>
        </w:trPr>
        <w:tc>
          <w:tcPr>
            <w:tcW w:w="3686" w:type="dxa"/>
            <w:shd w:val="clear" w:color="auto" w:fill="EDEDED"/>
            <w:vAlign w:val="center"/>
          </w:tcPr>
          <w:p w14:paraId="086D7EBA" w14:textId="77777777" w:rsidR="004364A5" w:rsidRPr="00737F92" w:rsidRDefault="00F44A9B">
            <w:pPr>
              <w:spacing w:line="240" w:lineRule="auto"/>
              <w:jc w:val="center"/>
              <w:rPr>
                <w:bCs/>
                <w:szCs w:val="21"/>
              </w:rPr>
            </w:pPr>
            <w:proofErr w:type="spellStart"/>
            <w:r w:rsidRPr="00737F92">
              <w:rPr>
                <w:bCs/>
                <w:szCs w:val="21"/>
              </w:rPr>
              <w:t>売払い財産所在地</w:t>
            </w:r>
            <w:proofErr w:type="spellEnd"/>
          </w:p>
        </w:tc>
        <w:tc>
          <w:tcPr>
            <w:tcW w:w="1276" w:type="dxa"/>
            <w:shd w:val="clear" w:color="auto" w:fill="EDEDED"/>
            <w:vAlign w:val="center"/>
          </w:tcPr>
          <w:p w14:paraId="6BA36C73" w14:textId="77777777" w:rsidR="004364A5" w:rsidRPr="00737F92" w:rsidRDefault="00F44A9B">
            <w:pPr>
              <w:spacing w:line="240" w:lineRule="auto"/>
              <w:jc w:val="center"/>
              <w:rPr>
                <w:bCs/>
                <w:szCs w:val="21"/>
              </w:rPr>
            </w:pPr>
            <w:r w:rsidRPr="00737F92">
              <w:rPr>
                <w:bCs/>
                <w:szCs w:val="21"/>
              </w:rPr>
              <w:t>数量</w:t>
            </w:r>
          </w:p>
        </w:tc>
        <w:tc>
          <w:tcPr>
            <w:tcW w:w="2409" w:type="dxa"/>
            <w:shd w:val="clear" w:color="auto" w:fill="EDEDED"/>
            <w:vAlign w:val="center"/>
          </w:tcPr>
          <w:p w14:paraId="77847188" w14:textId="77777777" w:rsidR="004364A5" w:rsidRPr="00737F92" w:rsidRDefault="00F44A9B">
            <w:pPr>
              <w:spacing w:line="240" w:lineRule="auto"/>
              <w:jc w:val="center"/>
              <w:rPr>
                <w:bCs/>
                <w:szCs w:val="21"/>
                <w:lang w:eastAsia="ja-JP"/>
              </w:rPr>
            </w:pPr>
            <w:r w:rsidRPr="00737F92">
              <w:rPr>
                <w:bCs/>
                <w:szCs w:val="21"/>
                <w:lang w:eastAsia="ja-JP"/>
              </w:rPr>
              <w:t>売払い財産の使用方法</w:t>
            </w:r>
          </w:p>
        </w:tc>
        <w:tc>
          <w:tcPr>
            <w:tcW w:w="2153" w:type="dxa"/>
            <w:shd w:val="clear" w:color="auto" w:fill="EDEDED"/>
            <w:vAlign w:val="center"/>
          </w:tcPr>
          <w:p w14:paraId="2F04750E" w14:textId="77777777" w:rsidR="004364A5" w:rsidRPr="00737F92" w:rsidRDefault="00F44A9B">
            <w:pPr>
              <w:spacing w:line="240" w:lineRule="auto"/>
              <w:jc w:val="center"/>
              <w:rPr>
                <w:bCs/>
                <w:szCs w:val="21"/>
              </w:rPr>
            </w:pPr>
            <w:proofErr w:type="spellStart"/>
            <w:r w:rsidRPr="00737F92">
              <w:rPr>
                <w:bCs/>
                <w:szCs w:val="21"/>
              </w:rPr>
              <w:t>摘要</w:t>
            </w:r>
            <w:proofErr w:type="spellEnd"/>
          </w:p>
        </w:tc>
      </w:tr>
      <w:tr w:rsidR="004364A5" w:rsidRPr="00737F92" w14:paraId="458B65AB" w14:textId="77777777" w:rsidTr="00737F92">
        <w:trPr>
          <w:trHeight w:val="758"/>
          <w:jc w:val="center"/>
        </w:trPr>
        <w:tc>
          <w:tcPr>
            <w:tcW w:w="3686" w:type="dxa"/>
            <w:vAlign w:val="center"/>
          </w:tcPr>
          <w:p w14:paraId="240703D4" w14:textId="77777777" w:rsidR="004364A5" w:rsidRPr="00737F92" w:rsidRDefault="00F44A9B">
            <w:pPr>
              <w:spacing w:line="240" w:lineRule="auto"/>
              <w:rPr>
                <w:bCs/>
                <w:szCs w:val="21"/>
              </w:rPr>
            </w:pPr>
            <w:r w:rsidRPr="00737F92">
              <w:rPr>
                <w:bCs/>
                <w:szCs w:val="21"/>
              </w:rPr>
              <w:t>長洲町大字梅田字辻居屋敷</w:t>
            </w:r>
            <w:r w:rsidRPr="00737F92">
              <w:rPr>
                <w:bCs/>
                <w:szCs w:val="21"/>
              </w:rPr>
              <w:t>459</w:t>
            </w:r>
            <w:r w:rsidRPr="00737F92">
              <w:rPr>
                <w:bCs/>
                <w:szCs w:val="21"/>
              </w:rPr>
              <w:t>番</w:t>
            </w:r>
            <w:r w:rsidRPr="00737F92">
              <w:rPr>
                <w:bCs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14:paraId="3C2A9FFA" w14:textId="77777777" w:rsidR="004364A5" w:rsidRPr="00737F92" w:rsidRDefault="00F44A9B">
            <w:pPr>
              <w:spacing w:line="240" w:lineRule="auto"/>
              <w:jc w:val="center"/>
              <w:rPr>
                <w:bCs/>
                <w:szCs w:val="21"/>
              </w:rPr>
            </w:pPr>
            <w:r w:rsidRPr="00737F92">
              <w:rPr>
                <w:bCs/>
                <w:szCs w:val="21"/>
              </w:rPr>
              <w:t>243.78</w:t>
            </w:r>
            <w:r w:rsidRPr="00737F92">
              <w:rPr>
                <w:bCs/>
                <w:szCs w:val="21"/>
              </w:rPr>
              <w:t>㎡</w:t>
            </w:r>
          </w:p>
        </w:tc>
        <w:tc>
          <w:tcPr>
            <w:tcW w:w="2409" w:type="dxa"/>
            <w:vAlign w:val="center"/>
          </w:tcPr>
          <w:p w14:paraId="4A4809FE" w14:textId="77777777" w:rsidR="004364A5" w:rsidRPr="00737F92" w:rsidRDefault="004364A5">
            <w:pPr>
              <w:spacing w:line="240" w:lineRule="auto"/>
              <w:jc w:val="center"/>
              <w:rPr>
                <w:bCs/>
                <w:szCs w:val="21"/>
              </w:rPr>
            </w:pPr>
          </w:p>
        </w:tc>
        <w:tc>
          <w:tcPr>
            <w:tcW w:w="2153" w:type="dxa"/>
            <w:vAlign w:val="center"/>
          </w:tcPr>
          <w:p w14:paraId="48B43CC0" w14:textId="77777777" w:rsidR="004364A5" w:rsidRPr="00737F92" w:rsidRDefault="004364A5">
            <w:pPr>
              <w:spacing w:line="240" w:lineRule="auto"/>
              <w:jc w:val="center"/>
              <w:rPr>
                <w:bCs/>
                <w:szCs w:val="21"/>
              </w:rPr>
            </w:pPr>
          </w:p>
        </w:tc>
      </w:tr>
    </w:tbl>
    <w:p w14:paraId="0FC83BBF" w14:textId="77777777" w:rsidR="004364A5" w:rsidRPr="00737F92" w:rsidRDefault="004364A5">
      <w:pPr>
        <w:spacing w:after="200"/>
        <w:rPr>
          <w:bCs/>
          <w:szCs w:val="21"/>
        </w:rPr>
      </w:pPr>
    </w:p>
    <w:p w14:paraId="0FA8D413" w14:textId="77777777" w:rsidR="004364A5" w:rsidRPr="00737F92" w:rsidRDefault="00F44A9B">
      <w:pPr>
        <w:spacing w:after="240"/>
        <w:rPr>
          <w:bCs/>
          <w:szCs w:val="21"/>
          <w:lang w:eastAsia="ja-JP"/>
        </w:rPr>
      </w:pPr>
      <w:r w:rsidRPr="00737F92">
        <w:rPr>
          <w:bCs/>
          <w:szCs w:val="21"/>
          <w:lang w:eastAsia="ja-JP"/>
        </w:rPr>
        <w:t xml:space="preserve">　上記のとおり町有財産の売払いを受けたいので申請します。</w:t>
      </w:r>
    </w:p>
    <w:p w14:paraId="5ADC8D88" w14:textId="77777777" w:rsidR="004364A5" w:rsidRPr="00737F92" w:rsidRDefault="00F44A9B">
      <w:pPr>
        <w:spacing w:after="200"/>
        <w:jc w:val="right"/>
        <w:rPr>
          <w:bCs/>
          <w:szCs w:val="21"/>
        </w:rPr>
      </w:pPr>
      <w:proofErr w:type="spellStart"/>
      <w:proofErr w:type="gramStart"/>
      <w:r w:rsidRPr="00737F92">
        <w:rPr>
          <w:bCs/>
          <w:szCs w:val="21"/>
        </w:rPr>
        <w:t>令和</w:t>
      </w:r>
      <w:proofErr w:type="spellEnd"/>
      <w:r w:rsidRPr="00737F92">
        <w:rPr>
          <w:bCs/>
          <w:szCs w:val="21"/>
        </w:rPr>
        <w:t xml:space="preserve">　　年</w:t>
      </w:r>
      <w:proofErr w:type="gramEnd"/>
      <w:r w:rsidRPr="00737F92">
        <w:rPr>
          <w:bCs/>
          <w:szCs w:val="21"/>
        </w:rPr>
        <w:t xml:space="preserve">　　</w:t>
      </w:r>
      <w:proofErr w:type="gramStart"/>
      <w:r w:rsidRPr="00737F92">
        <w:rPr>
          <w:bCs/>
          <w:szCs w:val="21"/>
        </w:rPr>
        <w:t>月　　日</w:t>
      </w:r>
      <w:proofErr w:type="gramEnd"/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62"/>
        <w:gridCol w:w="4762"/>
      </w:tblGrid>
      <w:tr w:rsidR="004364A5" w:rsidRPr="00737F92" w14:paraId="7BE6EDC9" w14:textId="77777777">
        <w:trPr>
          <w:jc w:val="right"/>
        </w:trPr>
        <w:tc>
          <w:tcPr>
            <w:tcW w:w="4762" w:type="dxa"/>
            <w:vAlign w:val="center"/>
          </w:tcPr>
          <w:p w14:paraId="5A2E6FD3" w14:textId="77777777" w:rsidR="004364A5" w:rsidRPr="00737F92" w:rsidRDefault="00F44A9B">
            <w:pPr>
              <w:spacing w:line="240" w:lineRule="auto"/>
              <w:rPr>
                <w:bCs/>
                <w:szCs w:val="21"/>
              </w:rPr>
            </w:pPr>
            <w:r w:rsidRPr="00737F92">
              <w:rPr>
                <w:bCs/>
                <w:szCs w:val="21"/>
              </w:rPr>
              <w:t>住所</w:t>
            </w:r>
          </w:p>
        </w:tc>
        <w:tc>
          <w:tcPr>
            <w:tcW w:w="4762" w:type="dxa"/>
            <w:vAlign w:val="center"/>
          </w:tcPr>
          <w:p w14:paraId="4284CE30" w14:textId="77777777" w:rsidR="004364A5" w:rsidRPr="00737F92" w:rsidRDefault="004364A5">
            <w:pPr>
              <w:spacing w:line="240" w:lineRule="auto"/>
              <w:rPr>
                <w:bCs/>
                <w:szCs w:val="21"/>
              </w:rPr>
            </w:pPr>
          </w:p>
        </w:tc>
      </w:tr>
      <w:tr w:rsidR="004364A5" w:rsidRPr="00737F92" w14:paraId="49FF4BB8" w14:textId="77777777">
        <w:trPr>
          <w:jc w:val="right"/>
        </w:trPr>
        <w:tc>
          <w:tcPr>
            <w:tcW w:w="4762" w:type="dxa"/>
            <w:vAlign w:val="center"/>
          </w:tcPr>
          <w:p w14:paraId="77AAB4E7" w14:textId="77777777" w:rsidR="008755FA" w:rsidRDefault="008755FA">
            <w:pPr>
              <w:spacing w:line="240" w:lineRule="auto"/>
              <w:rPr>
                <w:bCs/>
                <w:szCs w:val="21"/>
                <w:lang w:eastAsia="ja-JP"/>
              </w:rPr>
            </w:pPr>
          </w:p>
          <w:p w14:paraId="653D3CDE" w14:textId="4638448D" w:rsidR="004364A5" w:rsidRPr="00737F92" w:rsidRDefault="00F44A9B">
            <w:pPr>
              <w:spacing w:line="240" w:lineRule="auto"/>
              <w:rPr>
                <w:bCs/>
                <w:szCs w:val="21"/>
                <w:lang w:eastAsia="ja-JP"/>
              </w:rPr>
            </w:pPr>
            <w:r w:rsidRPr="00737F92">
              <w:rPr>
                <w:bCs/>
                <w:szCs w:val="21"/>
                <w:lang w:eastAsia="ja-JP"/>
              </w:rPr>
              <w:t>氏名又は法人名・代表者名</w:t>
            </w:r>
          </w:p>
        </w:tc>
        <w:tc>
          <w:tcPr>
            <w:tcW w:w="4762" w:type="dxa"/>
            <w:vAlign w:val="center"/>
          </w:tcPr>
          <w:p w14:paraId="0D6723AF" w14:textId="77777777" w:rsidR="00883D6F" w:rsidRDefault="00883D6F">
            <w:pPr>
              <w:spacing w:line="240" w:lineRule="auto"/>
              <w:rPr>
                <w:bCs/>
                <w:szCs w:val="21"/>
                <w:lang w:eastAsia="ja-JP"/>
              </w:rPr>
            </w:pPr>
          </w:p>
          <w:p w14:paraId="7954EC6F" w14:textId="3C3F86CE" w:rsidR="004364A5" w:rsidRPr="00737F92" w:rsidRDefault="00883D6F">
            <w:pPr>
              <w:spacing w:line="240" w:lineRule="auto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eastAsia="ja-JP"/>
              </w:rPr>
              <w:t xml:space="preserve">　　　　　　　</w:t>
            </w:r>
            <w:r w:rsidR="00F44A9B" w:rsidRPr="00737F92">
              <w:rPr>
                <w:bCs/>
                <w:szCs w:val="21"/>
              </w:rPr>
              <w:t>印</w:t>
            </w:r>
          </w:p>
        </w:tc>
      </w:tr>
    </w:tbl>
    <w:p w14:paraId="6208B32D" w14:textId="77777777" w:rsidR="004364A5" w:rsidRPr="00737F92" w:rsidRDefault="004364A5">
      <w:pPr>
        <w:spacing w:after="200"/>
        <w:rPr>
          <w:bCs/>
          <w:szCs w:val="21"/>
        </w:rPr>
      </w:pPr>
    </w:p>
    <w:p w14:paraId="02CE9D51" w14:textId="77777777" w:rsidR="004364A5" w:rsidRPr="00737F92" w:rsidRDefault="00F44A9B" w:rsidP="00737F92">
      <w:pPr>
        <w:ind w:firstLineChars="100" w:firstLine="210"/>
        <w:rPr>
          <w:bCs/>
          <w:szCs w:val="21"/>
        </w:rPr>
      </w:pPr>
      <w:r w:rsidRPr="00737F92">
        <w:rPr>
          <w:bCs/>
          <w:szCs w:val="21"/>
        </w:rPr>
        <w:t>長洲町長　田成　修一　様</w:t>
      </w:r>
    </w:p>
    <w:sectPr w:rsidR="004364A5" w:rsidRPr="00737F92" w:rsidSect="00034616">
      <w:pgSz w:w="11906" w:h="16838"/>
      <w:pgMar w:top="1077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414DC" w14:textId="77777777" w:rsidR="00F44A9B" w:rsidRDefault="00F44A9B" w:rsidP="00883D6F">
      <w:pPr>
        <w:spacing w:line="240" w:lineRule="auto"/>
      </w:pPr>
      <w:r>
        <w:separator/>
      </w:r>
    </w:p>
  </w:endnote>
  <w:endnote w:type="continuationSeparator" w:id="0">
    <w:p w14:paraId="227C908F" w14:textId="77777777" w:rsidR="00F44A9B" w:rsidRDefault="00F44A9B" w:rsidP="00883D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A40E4" w14:textId="77777777" w:rsidR="00F44A9B" w:rsidRDefault="00F44A9B" w:rsidP="00883D6F">
      <w:pPr>
        <w:spacing w:line="240" w:lineRule="auto"/>
      </w:pPr>
      <w:r>
        <w:separator/>
      </w:r>
    </w:p>
  </w:footnote>
  <w:footnote w:type="continuationSeparator" w:id="0">
    <w:p w14:paraId="02450AE6" w14:textId="77777777" w:rsidR="00F44A9B" w:rsidRDefault="00F44A9B" w:rsidP="00883D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5018026">
    <w:abstractNumId w:val="8"/>
  </w:num>
  <w:num w:numId="2" w16cid:durableId="697320276">
    <w:abstractNumId w:val="6"/>
  </w:num>
  <w:num w:numId="3" w16cid:durableId="1199510590">
    <w:abstractNumId w:val="5"/>
  </w:num>
  <w:num w:numId="4" w16cid:durableId="1376851938">
    <w:abstractNumId w:val="4"/>
  </w:num>
  <w:num w:numId="5" w16cid:durableId="1933197739">
    <w:abstractNumId w:val="7"/>
  </w:num>
  <w:num w:numId="6" w16cid:durableId="1687440384">
    <w:abstractNumId w:val="3"/>
  </w:num>
  <w:num w:numId="7" w16cid:durableId="1327056317">
    <w:abstractNumId w:val="2"/>
  </w:num>
  <w:num w:numId="8" w16cid:durableId="832573949">
    <w:abstractNumId w:val="1"/>
  </w:num>
  <w:num w:numId="9" w16cid:durableId="3357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278A"/>
    <w:rsid w:val="00326F90"/>
    <w:rsid w:val="004364A5"/>
    <w:rsid w:val="00737F92"/>
    <w:rsid w:val="008755FA"/>
    <w:rsid w:val="00883D6F"/>
    <w:rsid w:val="00975374"/>
    <w:rsid w:val="00AA1D8D"/>
    <w:rsid w:val="00B47730"/>
    <w:rsid w:val="00CB0664"/>
    <w:rsid w:val="00F44A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E04F5"/>
  <w14:defaultImageDpi w14:val="300"/>
  <w15:docId w15:val="{2C4832D6-B42A-4770-9860-D8449D48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69" w:lineRule="auto"/>
    </w:pPr>
    <w:rPr>
      <w:rFonts w:ascii="ＭＳ 明朝" w:eastAsia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 </cp:lastModifiedBy>
  <cp:revision>4</cp:revision>
  <dcterms:created xsi:type="dcterms:W3CDTF">2013-12-23T23:15:00Z</dcterms:created>
  <dcterms:modified xsi:type="dcterms:W3CDTF">2026-09-08T09:48:00Z</dcterms:modified>
  <cp:category/>
</cp:coreProperties>
</file>