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1F84" w14:textId="77777777" w:rsidR="00D60F36" w:rsidRDefault="00000000">
      <w:pPr>
        <w:spacing w:after="160"/>
        <w:jc w:val="right"/>
      </w:pPr>
      <w:r>
        <w:t>令和　　年　　月　　日</w:t>
      </w:r>
    </w:p>
    <w:p w14:paraId="30A5CB3E" w14:textId="77777777" w:rsidR="00D60F36" w:rsidRDefault="00000000" w:rsidP="00BA1B93">
      <w:pPr>
        <w:spacing w:after="100"/>
        <w:ind w:firstLineChars="100" w:firstLine="210"/>
      </w:pPr>
      <w:r>
        <w:t>長洲町長　田成　修一　様</w:t>
      </w:r>
    </w:p>
    <w:tbl>
      <w:tblPr>
        <w:tblW w:w="0" w:type="auto"/>
        <w:jc w:val="right"/>
        <w:tblLook w:val="04A0" w:firstRow="1" w:lastRow="0" w:firstColumn="1" w:lastColumn="0" w:noHBand="0" w:noVBand="1"/>
      </w:tblPr>
      <w:tblGrid>
        <w:gridCol w:w="4706"/>
        <w:gridCol w:w="4706"/>
      </w:tblGrid>
      <w:tr w:rsidR="00D60F36" w:rsidRPr="00BA1B93" w14:paraId="16D3766D" w14:textId="77777777">
        <w:trPr>
          <w:jc w:val="right"/>
        </w:trPr>
        <w:tc>
          <w:tcPr>
            <w:tcW w:w="4706" w:type="dxa"/>
            <w:vAlign w:val="center"/>
          </w:tcPr>
          <w:p w14:paraId="6372DD84" w14:textId="77777777" w:rsidR="00D60F36" w:rsidRPr="00BA1B93" w:rsidRDefault="00000000">
            <w:pPr>
              <w:spacing w:line="240" w:lineRule="auto"/>
              <w:rPr>
                <w:bCs/>
              </w:rPr>
            </w:pPr>
            <w:r w:rsidRPr="00BA1B93">
              <w:rPr>
                <w:bCs/>
                <w:sz w:val="19"/>
              </w:rPr>
              <w:t>住所又は所在地</w:t>
            </w:r>
          </w:p>
        </w:tc>
        <w:tc>
          <w:tcPr>
            <w:tcW w:w="4706" w:type="dxa"/>
            <w:vAlign w:val="center"/>
          </w:tcPr>
          <w:p w14:paraId="48A9028B" w14:textId="77777777" w:rsidR="00D60F36" w:rsidRPr="00BA1B93" w:rsidRDefault="00D60F36">
            <w:pPr>
              <w:spacing w:line="240" w:lineRule="auto"/>
              <w:rPr>
                <w:bCs/>
              </w:rPr>
            </w:pPr>
          </w:p>
        </w:tc>
      </w:tr>
      <w:tr w:rsidR="00D60F36" w:rsidRPr="00BA1B93" w14:paraId="75C54047" w14:textId="77777777">
        <w:trPr>
          <w:jc w:val="right"/>
        </w:trPr>
        <w:tc>
          <w:tcPr>
            <w:tcW w:w="4706" w:type="dxa"/>
            <w:vAlign w:val="center"/>
          </w:tcPr>
          <w:p w14:paraId="55E3C173" w14:textId="77777777" w:rsidR="00BA1B93" w:rsidRPr="00BA1B93" w:rsidRDefault="00BA1B93">
            <w:pPr>
              <w:spacing w:line="240" w:lineRule="auto"/>
              <w:rPr>
                <w:bCs/>
                <w:sz w:val="19"/>
                <w:lang w:eastAsia="ja-JP"/>
              </w:rPr>
            </w:pPr>
          </w:p>
          <w:p w14:paraId="4972E49A" w14:textId="6E0F23F8" w:rsidR="00D60F36" w:rsidRPr="00BA1B93" w:rsidRDefault="00000000">
            <w:pPr>
              <w:spacing w:line="240" w:lineRule="auto"/>
              <w:rPr>
                <w:bCs/>
                <w:lang w:eastAsia="ja-JP"/>
              </w:rPr>
            </w:pPr>
            <w:r w:rsidRPr="00BA1B93">
              <w:rPr>
                <w:bCs/>
                <w:sz w:val="19"/>
                <w:lang w:eastAsia="ja-JP"/>
              </w:rPr>
              <w:t>氏名又は</w:t>
            </w:r>
          </w:p>
          <w:p w14:paraId="57B8B9D7" w14:textId="77777777" w:rsidR="00D60F36" w:rsidRPr="00BA1B93" w:rsidRDefault="00000000">
            <w:pPr>
              <w:spacing w:line="240" w:lineRule="auto"/>
              <w:rPr>
                <w:bCs/>
                <w:lang w:eastAsia="ja-JP"/>
              </w:rPr>
            </w:pPr>
            <w:r w:rsidRPr="00BA1B93">
              <w:rPr>
                <w:bCs/>
                <w:sz w:val="19"/>
                <w:lang w:eastAsia="ja-JP"/>
              </w:rPr>
              <w:t>法人名・代表者名</w:t>
            </w:r>
          </w:p>
        </w:tc>
        <w:tc>
          <w:tcPr>
            <w:tcW w:w="4706" w:type="dxa"/>
            <w:vAlign w:val="center"/>
          </w:tcPr>
          <w:p w14:paraId="64BE5B66" w14:textId="1DD2524E" w:rsidR="00D60F36" w:rsidRPr="00BA1B93" w:rsidRDefault="00000000">
            <w:pPr>
              <w:spacing w:line="240" w:lineRule="auto"/>
              <w:rPr>
                <w:bCs/>
              </w:rPr>
            </w:pPr>
            <w:r w:rsidRPr="00BA1B93">
              <w:rPr>
                <w:bCs/>
                <w:sz w:val="19"/>
                <w:lang w:eastAsia="ja-JP"/>
              </w:rPr>
              <w:t xml:space="preserve">　</w:t>
            </w:r>
            <w:r w:rsidRPr="00BA1B93">
              <w:rPr>
                <w:bCs/>
                <w:sz w:val="19"/>
              </w:rPr>
              <w:t>印</w:t>
            </w:r>
          </w:p>
        </w:tc>
      </w:tr>
    </w:tbl>
    <w:p w14:paraId="2B3FD709" w14:textId="77777777" w:rsidR="00D60F36" w:rsidRPr="00BA1B93" w:rsidRDefault="00D60F36">
      <w:pPr>
        <w:spacing w:after="160"/>
        <w:rPr>
          <w:bCs/>
        </w:rPr>
      </w:pPr>
    </w:p>
    <w:p w14:paraId="4B2935D5" w14:textId="77777777" w:rsidR="00D60F36" w:rsidRPr="00BA1B93" w:rsidRDefault="00000000">
      <w:pPr>
        <w:spacing w:after="200"/>
        <w:jc w:val="center"/>
        <w:rPr>
          <w:bCs/>
        </w:rPr>
      </w:pPr>
      <w:r w:rsidRPr="00BA1B93">
        <w:rPr>
          <w:bCs/>
          <w:sz w:val="34"/>
        </w:rPr>
        <w:t>誓　約　書</w:t>
      </w:r>
    </w:p>
    <w:p w14:paraId="070303C0" w14:textId="77777777" w:rsidR="00D60F36" w:rsidRPr="00BA1B93" w:rsidRDefault="00000000">
      <w:pPr>
        <w:spacing w:after="140"/>
        <w:rPr>
          <w:bCs/>
          <w:lang w:eastAsia="ja-JP"/>
        </w:rPr>
      </w:pPr>
      <w:r w:rsidRPr="00BA1B93">
        <w:rPr>
          <w:bCs/>
          <w:lang w:eastAsia="ja-JP"/>
        </w:rPr>
        <w:t xml:space="preserve">　私は、梅田字辻居屋敷459番1の一般競争入札による町有地の売払いに参加するに当たり、次の事項を誓約します。</w:t>
      </w:r>
    </w:p>
    <w:p w14:paraId="19B38849" w14:textId="77777777" w:rsidR="00D60F36" w:rsidRPr="00BA1B93" w:rsidRDefault="00000000">
      <w:pPr>
        <w:spacing w:after="100"/>
        <w:jc w:val="center"/>
        <w:rPr>
          <w:bCs/>
          <w:lang w:eastAsia="ja-JP"/>
        </w:rPr>
      </w:pPr>
      <w:r w:rsidRPr="00BA1B93">
        <w:rPr>
          <w:bCs/>
          <w:lang w:eastAsia="ja-JP"/>
        </w:rPr>
        <w:t>記</w:t>
      </w:r>
    </w:p>
    <w:p w14:paraId="17802074" w14:textId="77777777" w:rsidR="00D60F36" w:rsidRPr="00BA1B93" w:rsidRDefault="00000000">
      <w:pPr>
        <w:spacing w:after="80"/>
        <w:ind w:left="57"/>
        <w:rPr>
          <w:bCs/>
          <w:lang w:eastAsia="ja-JP"/>
        </w:rPr>
      </w:pPr>
      <w:r w:rsidRPr="00BA1B93">
        <w:rPr>
          <w:bCs/>
          <w:lang w:eastAsia="ja-JP"/>
        </w:rPr>
        <w:t>１　地方自治法施行令（昭和22年政令第16号）第167条の4に規定する者に該当しないこと。</w:t>
      </w:r>
    </w:p>
    <w:p w14:paraId="2969C401" w14:textId="77777777" w:rsidR="00D60F36" w:rsidRPr="00BA1B93" w:rsidRDefault="00000000">
      <w:pPr>
        <w:spacing w:after="80"/>
        <w:ind w:left="57"/>
        <w:rPr>
          <w:bCs/>
          <w:lang w:eastAsia="ja-JP"/>
        </w:rPr>
      </w:pPr>
      <w:r w:rsidRPr="00BA1B93">
        <w:rPr>
          <w:bCs/>
          <w:lang w:eastAsia="ja-JP"/>
        </w:rPr>
        <w:t>２　自己の所有財産について現に強制執行の措置を受けておらず、かつ、租税その他公課を滞納していないこと。</w:t>
      </w:r>
    </w:p>
    <w:p w14:paraId="5991273D" w14:textId="77777777" w:rsidR="00D60F36" w:rsidRPr="00BA1B93" w:rsidRDefault="00000000">
      <w:pPr>
        <w:spacing w:after="80"/>
        <w:ind w:left="57"/>
        <w:rPr>
          <w:bCs/>
          <w:lang w:eastAsia="ja-JP"/>
        </w:rPr>
      </w:pPr>
      <w:r w:rsidRPr="00BA1B93">
        <w:rPr>
          <w:bCs/>
          <w:lang w:eastAsia="ja-JP"/>
        </w:rPr>
        <w:t>３　入札の公正な執行を妨げた者又は公正な価格の成立を害し、若しくは不正の利益を得るため連合した者に該当しないこと。</w:t>
      </w:r>
    </w:p>
    <w:p w14:paraId="309B36F0" w14:textId="77777777" w:rsidR="00D60F36" w:rsidRPr="00BA1B93" w:rsidRDefault="00000000">
      <w:pPr>
        <w:spacing w:after="80"/>
        <w:ind w:left="57"/>
        <w:rPr>
          <w:bCs/>
          <w:lang w:eastAsia="ja-JP"/>
        </w:rPr>
      </w:pPr>
      <w:r w:rsidRPr="00BA1B93">
        <w:rPr>
          <w:bCs/>
          <w:lang w:eastAsia="ja-JP"/>
        </w:rPr>
        <w:t>４　当該町有財産の事務に従事する長洲町職員でないこと。</w:t>
      </w:r>
    </w:p>
    <w:p w14:paraId="4D975E9E" w14:textId="77777777" w:rsidR="00D60F36" w:rsidRPr="00BA1B93" w:rsidRDefault="00000000">
      <w:pPr>
        <w:spacing w:after="80"/>
        <w:ind w:left="57"/>
        <w:rPr>
          <w:bCs/>
          <w:lang w:eastAsia="ja-JP"/>
        </w:rPr>
      </w:pPr>
      <w:r w:rsidRPr="00BA1B93">
        <w:rPr>
          <w:bCs/>
          <w:lang w:eastAsia="ja-JP"/>
        </w:rPr>
        <w:t>５　自己又は自己の法人その他の団体の役員等が、長洲町暴力団排除条例第2条に規定する暴力団、暴力団員又は暴力団関係者に該当しないこと。</w:t>
      </w:r>
    </w:p>
    <w:p w14:paraId="4315AD8A" w14:textId="77777777" w:rsidR="00D60F36" w:rsidRPr="00BA1B93" w:rsidRDefault="00000000">
      <w:pPr>
        <w:spacing w:after="80"/>
        <w:ind w:left="57"/>
        <w:rPr>
          <w:bCs/>
          <w:lang w:eastAsia="ja-JP"/>
        </w:rPr>
      </w:pPr>
      <w:r w:rsidRPr="00BA1B93">
        <w:rPr>
          <w:bCs/>
          <w:lang w:eastAsia="ja-JP"/>
        </w:rPr>
        <w:t>６　入札参加申込書その他町に提出する書類の記載内容に虚偽がないこと。</w:t>
      </w:r>
    </w:p>
    <w:p w14:paraId="31AF4E51" w14:textId="77777777" w:rsidR="00D60F36" w:rsidRPr="00BA1B93" w:rsidRDefault="00000000">
      <w:pPr>
        <w:spacing w:before="100" w:after="80"/>
        <w:rPr>
          <w:bCs/>
          <w:lang w:eastAsia="ja-JP"/>
        </w:rPr>
      </w:pPr>
      <w:r w:rsidRPr="00BA1B93">
        <w:rPr>
          <w:bCs/>
          <w:lang w:eastAsia="ja-JP"/>
        </w:rPr>
        <w:t xml:space="preserve">　上記事項に反することが判明した場合は、入札参加資格の取消し、落札決定の取消し、契約解除その他町が行う必要な措置について異議を申し立てません。</w:t>
      </w:r>
    </w:p>
    <w:p w14:paraId="2D5C4255" w14:textId="77777777" w:rsidR="00D60F36" w:rsidRPr="00BA1B93" w:rsidRDefault="00000000">
      <w:pPr>
        <w:spacing w:after="80"/>
        <w:rPr>
          <w:bCs/>
          <w:lang w:eastAsia="ja-JP"/>
        </w:rPr>
      </w:pPr>
      <w:r w:rsidRPr="00BA1B93">
        <w:rPr>
          <w:bCs/>
          <w:lang w:eastAsia="ja-JP"/>
        </w:rPr>
        <w:t xml:space="preserve">　また、暴力団等への該当の有無を確認するため必要がある場合には、熊本県警察本部その他関係機関へ照会することに同意し、町から関係書類の提出を求められたときは、指定された期日までに提出します。</w:t>
      </w:r>
    </w:p>
    <w:p w14:paraId="4769869A" w14:textId="77777777" w:rsidR="00D60F36" w:rsidRPr="00BA1B93" w:rsidRDefault="00000000">
      <w:pPr>
        <w:spacing w:before="140"/>
        <w:rPr>
          <w:bCs/>
          <w:lang w:eastAsia="ja-JP"/>
        </w:rPr>
      </w:pPr>
      <w:r w:rsidRPr="00BA1B93">
        <w:rPr>
          <w:bCs/>
          <w:sz w:val="18"/>
          <w:lang w:eastAsia="ja-JP"/>
        </w:rPr>
        <w:t>※共有名義による申込みの場合は、共有者ごとに作成してください。</w:t>
      </w:r>
    </w:p>
    <w:sectPr w:rsidR="00D60F36" w:rsidRPr="00BA1B93" w:rsidSect="00034616">
      <w:pgSz w:w="11906" w:h="16838"/>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55054625">
    <w:abstractNumId w:val="8"/>
  </w:num>
  <w:num w:numId="2" w16cid:durableId="1556357707">
    <w:abstractNumId w:val="6"/>
  </w:num>
  <w:num w:numId="3" w16cid:durableId="1232961104">
    <w:abstractNumId w:val="5"/>
  </w:num>
  <w:num w:numId="4" w16cid:durableId="188448297">
    <w:abstractNumId w:val="4"/>
  </w:num>
  <w:num w:numId="5" w16cid:durableId="1729959546">
    <w:abstractNumId w:val="7"/>
  </w:num>
  <w:num w:numId="6" w16cid:durableId="1178037957">
    <w:abstractNumId w:val="3"/>
  </w:num>
  <w:num w:numId="7" w16cid:durableId="1089353643">
    <w:abstractNumId w:val="2"/>
  </w:num>
  <w:num w:numId="8" w16cid:durableId="1602029041">
    <w:abstractNumId w:val="1"/>
  </w:num>
  <w:num w:numId="9" w16cid:durableId="1777628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75374"/>
    <w:rsid w:val="00AA1D8D"/>
    <w:rsid w:val="00B47730"/>
    <w:rsid w:val="00BA1B93"/>
    <w:rsid w:val="00CB0664"/>
    <w:rsid w:val="00D60F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AEBEA1B"/>
  <w14:defaultImageDpi w14:val="300"/>
  <w15:docId w15:val="{2C4832D6-B42A-4770-9860-D8449D48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69" w:lineRule="auto"/>
    </w:pPr>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lastModifiedBy>
  <cp:revision>2</cp:revision>
  <dcterms:created xsi:type="dcterms:W3CDTF">2013-12-23T23:15:00Z</dcterms:created>
  <dcterms:modified xsi:type="dcterms:W3CDTF">2026-09-08T09:14:00Z</dcterms:modified>
  <cp:category/>
</cp:coreProperties>
</file>